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6D8" w:rsidRPr="008731E0" w:rsidRDefault="00C625F8">
      <w:pPr>
        <w:rPr>
          <w:lang w:val="ru-RU"/>
        </w:rPr>
        <w:sectPr w:rsidR="00C056D8" w:rsidRPr="008731E0" w:rsidSect="00C625F8">
          <w:pgSz w:w="11900" w:h="16840"/>
          <w:pgMar w:top="298" w:right="772" w:bottom="296" w:left="918" w:header="720" w:footer="720" w:gutter="0"/>
          <w:cols w:space="720" w:equalWidth="0">
            <w:col w:w="10210" w:space="0"/>
          </w:cols>
          <w:docGrid w:linePitch="360"/>
        </w:sect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41A2E900" wp14:editId="6EC83710">
            <wp:extent cx="6152515" cy="820356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6D8" w:rsidRPr="008731E0" w:rsidRDefault="00C056D8">
      <w:pPr>
        <w:rPr>
          <w:lang w:val="ru-RU"/>
        </w:rPr>
        <w:sectPr w:rsidR="00C056D8" w:rsidRPr="008731E0">
          <w:pgSz w:w="11900" w:h="16840"/>
          <w:pgMar w:top="1440" w:right="1440" w:bottom="1440" w:left="1440" w:header="720" w:footer="720" w:gutter="0"/>
          <w:cols w:space="720" w:equalWidth="0">
            <w:col w:w="10210" w:space="0"/>
          </w:cols>
          <w:docGrid w:linePitch="360"/>
        </w:sectPr>
      </w:pPr>
    </w:p>
    <w:p w:rsidR="00C056D8" w:rsidRPr="008731E0" w:rsidRDefault="00C056D8">
      <w:pPr>
        <w:autoSpaceDE w:val="0"/>
        <w:autoSpaceDN w:val="0"/>
        <w:spacing w:after="78" w:line="220" w:lineRule="exact"/>
        <w:rPr>
          <w:lang w:val="ru-RU"/>
        </w:rPr>
      </w:pPr>
    </w:p>
    <w:p w:rsidR="00C056D8" w:rsidRPr="008731E0" w:rsidRDefault="00545580">
      <w:pPr>
        <w:autoSpaceDE w:val="0"/>
        <w:autoSpaceDN w:val="0"/>
        <w:spacing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C056D8" w:rsidRPr="008731E0" w:rsidRDefault="00545580">
      <w:pPr>
        <w:autoSpaceDE w:val="0"/>
        <w:autoSpaceDN w:val="0"/>
        <w:spacing w:before="346" w:after="0"/>
        <w:ind w:firstLine="18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«Математика» для обучающихся 2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воспитания.</w:t>
      </w:r>
    </w:p>
    <w:p w:rsidR="00C056D8" w:rsidRPr="008731E0" w:rsidRDefault="00545580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математики имеет особое значение в развитии младшего школьника.</w:t>
      </w:r>
    </w:p>
    <w:p w:rsidR="00C056D8" w:rsidRPr="008731E0" w:rsidRDefault="00545580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Приобретённые им знания, опыт выполнения предметных и универсальных действий на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:rsidR="00C056D8" w:rsidRPr="008731E0" w:rsidRDefault="00545580">
      <w:pPr>
        <w:tabs>
          <w:tab w:val="left" w:pos="180"/>
        </w:tabs>
        <w:autoSpaceDE w:val="0"/>
        <w:autoSpaceDN w:val="0"/>
        <w:spacing w:before="192" w:after="0" w:line="262" w:lineRule="auto"/>
        <w:ind w:right="144"/>
        <w:rPr>
          <w:lang w:val="ru-RU"/>
        </w:rPr>
      </w:pPr>
      <w:r w:rsidRPr="008731E0">
        <w:rPr>
          <w:lang w:val="ru-RU"/>
        </w:rPr>
        <w:tab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начальной школе направлено на достижение следующих образовательных, развивающих целей, а также целей воспитания:</w:t>
      </w:r>
    </w:p>
    <w:p w:rsidR="00C056D8" w:rsidRPr="008731E0" w:rsidRDefault="00545580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Освоение начальных математических знаний -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 </w:t>
      </w:r>
    </w:p>
    <w:p w:rsidR="00C056D8" w:rsidRPr="008731E0" w:rsidRDefault="00545580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(«часть-целое»,«больше-меньше», «равно-неравно», «порядок»), смысла арифметических действий,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зависимостей (работа, движение, продолжительность события). </w:t>
      </w:r>
    </w:p>
    <w:p w:rsidR="00C056D8" w:rsidRPr="008731E0" w:rsidRDefault="00545580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Обеспечение математического развития младшего школьника — формирование способности к интеллектуальной деятельности, пространственного воображения, математической речи; умение строить рассуждения, выбирать аргументацию,  различать верные (истинные) и неверные (ложные) утверждения, вести поиск информации (примеров, оснований для упорядочения, вариантов и др.). </w:t>
      </w:r>
    </w:p>
    <w:p w:rsidR="00C056D8" w:rsidRPr="008731E0" w:rsidRDefault="00545580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учебно-познавательных мотивов и интереса к изучению математики и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математических терминах и понятиях; прочных  навыков использования математических знаний в повседневной жизни.</w:t>
      </w:r>
    </w:p>
    <w:p w:rsidR="00C056D8" w:rsidRPr="008731E0" w:rsidRDefault="00545580">
      <w:pPr>
        <w:tabs>
          <w:tab w:val="left" w:pos="180"/>
        </w:tabs>
        <w:autoSpaceDE w:val="0"/>
        <w:autoSpaceDN w:val="0"/>
        <w:spacing w:before="180" w:after="0" w:line="262" w:lineRule="auto"/>
        <w:ind w:right="720"/>
        <w:rPr>
          <w:lang w:val="ru-RU"/>
        </w:rPr>
      </w:pPr>
      <w:r w:rsidRPr="008731E0">
        <w:rPr>
          <w:lang w:val="ru-RU"/>
        </w:rPr>
        <w:tab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В основе конструирования содержания и отбора планируемых результатов лежат следующие ценности математики, коррелирующие со становлением личности младшего школьника:</w:t>
      </w:r>
    </w:p>
    <w:p w:rsidR="00C056D8" w:rsidRPr="008731E0" w:rsidRDefault="00545580">
      <w:pPr>
        <w:autoSpaceDE w:val="0"/>
        <w:autoSpaceDN w:val="0"/>
        <w:spacing w:before="178" w:after="0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математических отношений выступает средством познания закономерностей существования   окружающего мира, фактов, процессов  и  явлений,  происходящих  в  природе и в обществе (хронология событий, протяжённость по времени, образование целого из частей, изменение формы, размера и т.д.); </w:t>
      </w:r>
    </w:p>
    <w:p w:rsidR="00C056D8" w:rsidRPr="008731E0" w:rsidRDefault="00545580">
      <w:pPr>
        <w:autoSpaceDE w:val="0"/>
        <w:autoSpaceDN w:val="0"/>
        <w:spacing w:before="190" w:after="0" w:line="271" w:lineRule="auto"/>
        <w:ind w:left="420" w:right="7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 </w:t>
      </w:r>
    </w:p>
    <w:p w:rsidR="00C056D8" w:rsidRPr="008731E0" w:rsidRDefault="00545580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</w:t>
      </w:r>
    </w:p>
    <w:p w:rsidR="00C056D8" w:rsidRPr="008731E0" w:rsidRDefault="00C056D8">
      <w:pPr>
        <w:rPr>
          <w:lang w:val="ru-RU"/>
        </w:rPr>
        <w:sectPr w:rsidR="00C056D8" w:rsidRPr="008731E0">
          <w:pgSz w:w="11900" w:h="16840"/>
          <w:pgMar w:top="298" w:right="634" w:bottom="380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C056D8" w:rsidRPr="008731E0" w:rsidRDefault="00C056D8">
      <w:pPr>
        <w:autoSpaceDE w:val="0"/>
        <w:autoSpaceDN w:val="0"/>
        <w:spacing w:after="66" w:line="220" w:lineRule="exact"/>
        <w:rPr>
          <w:lang w:val="ru-RU"/>
        </w:rPr>
      </w:pPr>
    </w:p>
    <w:p w:rsidR="00C056D8" w:rsidRPr="008731E0" w:rsidRDefault="00545580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предположения).</w:t>
      </w:r>
    </w:p>
    <w:p w:rsidR="00C056D8" w:rsidRPr="008731E0" w:rsidRDefault="00545580">
      <w:pPr>
        <w:autoSpaceDE w:val="0"/>
        <w:autoSpaceDN w:val="0"/>
        <w:spacing w:before="178" w:after="0" w:line="281" w:lineRule="auto"/>
        <w:ind w:firstLine="18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Младшие школьники проявляют интерес к математической сущности предметов и явлений окружающей жизни - возможности их измерить, определить величину, форму, выявить зависимости и  закономерности  их  расположения  во  времени  и в 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информации, в том числе и графическими (таблица, диаграмма, схема).</w:t>
      </w:r>
    </w:p>
    <w:p w:rsidR="00C056D8" w:rsidRPr="008731E0" w:rsidRDefault="00545580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:rsidR="00C056D8" w:rsidRPr="008731E0" w:rsidRDefault="00545580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На изучение математики в 2 классе отводится 4 часа в неделю, всего 136 часов.</w:t>
      </w:r>
    </w:p>
    <w:p w:rsidR="00C056D8" w:rsidRPr="008731E0" w:rsidRDefault="00C056D8">
      <w:pPr>
        <w:rPr>
          <w:lang w:val="ru-RU"/>
        </w:rPr>
        <w:sectPr w:rsidR="00C056D8" w:rsidRPr="008731E0">
          <w:pgSz w:w="11900" w:h="16840"/>
          <w:pgMar w:top="286" w:right="828" w:bottom="1440" w:left="666" w:header="720" w:footer="720" w:gutter="0"/>
          <w:cols w:space="720" w:equalWidth="0">
            <w:col w:w="10406" w:space="0"/>
          </w:cols>
          <w:docGrid w:linePitch="360"/>
        </w:sectPr>
      </w:pPr>
    </w:p>
    <w:p w:rsidR="00C056D8" w:rsidRPr="008731E0" w:rsidRDefault="00C056D8">
      <w:pPr>
        <w:autoSpaceDE w:val="0"/>
        <w:autoSpaceDN w:val="0"/>
        <w:spacing w:after="78" w:line="220" w:lineRule="exact"/>
        <w:rPr>
          <w:lang w:val="ru-RU"/>
        </w:rPr>
      </w:pPr>
    </w:p>
    <w:p w:rsidR="00C056D8" w:rsidRPr="008731E0" w:rsidRDefault="00545580">
      <w:pPr>
        <w:autoSpaceDE w:val="0"/>
        <w:autoSpaceDN w:val="0"/>
        <w:spacing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C056D8" w:rsidRPr="008731E0" w:rsidRDefault="00545580">
      <w:pPr>
        <w:autoSpaceDE w:val="0"/>
        <w:autoSpaceDN w:val="0"/>
        <w:spacing w:before="346" w:after="0" w:line="271" w:lineRule="auto"/>
        <w:ind w:right="144" w:firstLine="18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Основное содержание обучения в программе представлено разделами: «Числа и величины»,«Арифметические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C056D8" w:rsidRPr="008731E0" w:rsidRDefault="00545580">
      <w:pPr>
        <w:autoSpaceDE w:val="0"/>
        <w:autoSpaceDN w:val="0"/>
        <w:spacing w:before="262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Числа и величины</w:t>
      </w:r>
    </w:p>
    <w:p w:rsidR="00C056D8" w:rsidRPr="008731E0" w:rsidRDefault="00545580">
      <w:pPr>
        <w:tabs>
          <w:tab w:val="left" w:pos="180"/>
        </w:tabs>
        <w:autoSpaceDE w:val="0"/>
        <w:autoSpaceDN w:val="0"/>
        <w:spacing w:before="118" w:after="0" w:line="262" w:lineRule="auto"/>
        <w:ind w:right="144"/>
        <w:rPr>
          <w:lang w:val="ru-RU"/>
        </w:rPr>
      </w:pPr>
      <w:r w:rsidRPr="008731E0">
        <w:rPr>
          <w:lang w:val="ru-RU"/>
        </w:rPr>
        <w:tab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Числа в пределах 100: чтение, запись, десятичный состав, сравнение Запись равенства, неравенства Увеличение/уменьшение числа на несколько единиц/десятков; разностное сравнение чисел.</w:t>
      </w:r>
    </w:p>
    <w:p w:rsidR="00C056D8" w:rsidRPr="008731E0" w:rsidRDefault="00545580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Величины: сравнение по массе (единица массы — кило- грамм); измерение длины (единицы длины— метр, дециметр, сантиметр, миллиметр), времени (единицы времени — час, ми- нута) Соотношение между единицами величины (в пределах 100), его применение для решения практических задач</w:t>
      </w:r>
    </w:p>
    <w:p w:rsidR="00C056D8" w:rsidRPr="008731E0" w:rsidRDefault="00545580">
      <w:pPr>
        <w:autoSpaceDE w:val="0"/>
        <w:autoSpaceDN w:val="0"/>
        <w:spacing w:before="264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Арифметические действия</w:t>
      </w:r>
    </w:p>
    <w:p w:rsidR="00C056D8" w:rsidRPr="008731E0" w:rsidRDefault="00545580">
      <w:pPr>
        <w:tabs>
          <w:tab w:val="left" w:pos="180"/>
        </w:tabs>
        <w:autoSpaceDE w:val="0"/>
        <w:autoSpaceDN w:val="0"/>
        <w:spacing w:before="118" w:after="0" w:line="281" w:lineRule="auto"/>
        <w:rPr>
          <w:lang w:val="ru-RU"/>
        </w:rPr>
      </w:pPr>
      <w:r w:rsidRPr="008731E0">
        <w:rPr>
          <w:lang w:val="ru-RU"/>
        </w:rPr>
        <w:tab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Устное сложение и вычитание чисел в пределах 100 без перехода и с переходом через разряд Письменное сложение и вычитание чисел в пределах 100. Переместительное, сочетательное свойства сложения, их применение для вычислений Взаимосвязь компонентов и результата действия сложения, действия вычитания Проверка результата вычисления (реальность ответа, обратное действие) </w:t>
      </w:r>
      <w:r w:rsidRPr="008731E0">
        <w:rPr>
          <w:lang w:val="ru-RU"/>
        </w:rPr>
        <w:tab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Действия умножения и деления чисел в практических и учебных ситуациях Названия компонентов действий умножения, деления.</w:t>
      </w:r>
    </w:p>
    <w:p w:rsidR="00C056D8" w:rsidRPr="008731E0" w:rsidRDefault="00545580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Табличное умножение в пределах 50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</w:t>
      </w:r>
    </w:p>
    <w:p w:rsidR="00C056D8" w:rsidRPr="008731E0" w:rsidRDefault="0054558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Неизвестный компонент действия сложения, действия вычитания; его нахождение.</w:t>
      </w:r>
    </w:p>
    <w:p w:rsidR="00C056D8" w:rsidRPr="008731E0" w:rsidRDefault="00545580">
      <w:pPr>
        <w:autoSpaceDE w:val="0"/>
        <w:autoSpaceDN w:val="0"/>
        <w:spacing w:before="70" w:after="0"/>
        <w:ind w:firstLine="18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Числовое выражение: чтение, запись, вычисление значения Порядок выполнения действий в числовом выражении, содержащем действия сложения и вычитания (со скобками/без скобок)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:rsidR="00C056D8" w:rsidRPr="008731E0" w:rsidRDefault="00545580">
      <w:pPr>
        <w:autoSpaceDE w:val="0"/>
        <w:autoSpaceDN w:val="0"/>
        <w:spacing w:before="262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Текстовые задачи</w:t>
      </w:r>
    </w:p>
    <w:p w:rsidR="00C056D8" w:rsidRPr="008731E0" w:rsidRDefault="00545580">
      <w:pPr>
        <w:autoSpaceDE w:val="0"/>
        <w:autoSpaceDN w:val="0"/>
        <w:spacing w:before="118" w:after="0" w:line="283" w:lineRule="auto"/>
        <w:ind w:firstLine="18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Чтение, представление текста задачи в виде рисунка, схемы или другой модели. 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(сложение, вычитание,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проверка на достоверность, следование плану, соответствие поставленному вопросу).</w:t>
      </w:r>
    </w:p>
    <w:p w:rsidR="00C056D8" w:rsidRPr="008731E0" w:rsidRDefault="00545580">
      <w:pPr>
        <w:autoSpaceDE w:val="0"/>
        <w:autoSpaceDN w:val="0"/>
        <w:spacing w:before="262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Пространственные отношения и геометрические фигуры</w:t>
      </w:r>
    </w:p>
    <w:p w:rsidR="00C056D8" w:rsidRPr="008731E0" w:rsidRDefault="00545580">
      <w:pPr>
        <w:autoSpaceDE w:val="0"/>
        <w:autoSpaceDN w:val="0"/>
        <w:spacing w:before="118" w:after="0" w:line="281" w:lineRule="auto"/>
        <w:ind w:firstLine="18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Распознавание и изображение геометрических фигур: точка, прямая, прямой угол, ломаная, многоугольник. Построение от 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данного/изображенного прямоугольника (квадрата), запись результата измерения в сантиметрах.</w:t>
      </w:r>
    </w:p>
    <w:p w:rsidR="00C056D8" w:rsidRPr="008731E0" w:rsidRDefault="00545580">
      <w:pPr>
        <w:autoSpaceDE w:val="0"/>
        <w:autoSpaceDN w:val="0"/>
        <w:spacing w:before="262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Математическая информация</w:t>
      </w:r>
    </w:p>
    <w:p w:rsidR="00C056D8" w:rsidRPr="008731E0" w:rsidRDefault="00545580">
      <w:pPr>
        <w:autoSpaceDE w:val="0"/>
        <w:autoSpaceDN w:val="0"/>
        <w:spacing w:before="118" w:after="0" w:line="271" w:lineRule="auto"/>
        <w:ind w:right="144" w:firstLine="18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Нахождение, формулирование одного-двух общих 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  признаку.     Закономерность в ряду чисел, геометрических фигур, объектов</w:t>
      </w:r>
    </w:p>
    <w:p w:rsidR="00C056D8" w:rsidRPr="008731E0" w:rsidRDefault="00C056D8">
      <w:pPr>
        <w:rPr>
          <w:lang w:val="ru-RU"/>
        </w:rPr>
        <w:sectPr w:rsidR="00C056D8" w:rsidRPr="008731E0">
          <w:pgSz w:w="11900" w:h="16840"/>
          <w:pgMar w:top="298" w:right="650" w:bottom="3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056D8" w:rsidRPr="008731E0" w:rsidRDefault="00C056D8">
      <w:pPr>
        <w:autoSpaceDE w:val="0"/>
        <w:autoSpaceDN w:val="0"/>
        <w:spacing w:after="66" w:line="220" w:lineRule="exact"/>
        <w:rPr>
          <w:lang w:val="ru-RU"/>
        </w:rPr>
      </w:pPr>
    </w:p>
    <w:p w:rsidR="00C056D8" w:rsidRPr="008731E0" w:rsidRDefault="00545580">
      <w:pPr>
        <w:autoSpaceDE w:val="0"/>
        <w:autoSpaceDN w:val="0"/>
        <w:spacing w:after="0" w:line="286" w:lineRule="auto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повседневной  жизни. Верные (истинные) и неверные (ложные) утверждения, со- держащие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количественные, пространственные отношения,  зависимости между числами/величинами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 утверждений с использованием слов «каждый», «все». 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 Внесение данных в таблицу, дополнение моделей (схем, изображений) готовыми числовыми данными. Алгоритмы (приёмы, правила) устных и письменных вычислений, измерений и построения геометрических фигур. Правила работы с электронными средствами обучения (электронной формой учебника, компьютерными тренажёрами).</w:t>
      </w:r>
    </w:p>
    <w:p w:rsidR="00C056D8" w:rsidRPr="008731E0" w:rsidRDefault="00545580">
      <w:pPr>
        <w:autoSpaceDE w:val="0"/>
        <w:autoSpaceDN w:val="0"/>
        <w:spacing w:before="264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УЧЕБНЫЕ ДЕЙСТВИЯ (ПРОПЕДЕВТИЧЕСКИЙ УРОВЕНЬ)</w:t>
      </w:r>
    </w:p>
    <w:p w:rsidR="00C056D8" w:rsidRPr="008731E0" w:rsidRDefault="00545580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8731E0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познавательные учебные действия:</w:t>
      </w:r>
    </w:p>
    <w:p w:rsidR="00C056D8" w:rsidRPr="008731E0" w:rsidRDefault="00545580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наблюдать математические отношения (часть-целое, больше-меньше) в окружающем мире;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назначение и использовать простейшие измерительные приборы (сантиметровая лента, весы);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группы объектов (чисел, величин, геометрических фигур) по самостоятельно выбранному основанию;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распределять (классифицировать) объекты (числа,  величины, геометрические фигуры, текстовые задачи в одно действие) на группы;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обнаруживать модели геометрических фигур в окружающем мире; вести поиск различных решений задачи (расчётной, с геометрическим содержанием);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воспроизводить порядок выполнения действий в числовом выражении, содержащем действия  сложения  и  вычитания (со скобками/без скобок); </w:t>
      </w:r>
    </w:p>
    <w:p w:rsidR="00C056D8" w:rsidRPr="008731E0" w:rsidRDefault="00545580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соответствие между математическим выражением и его текстовым описанием; </w:t>
      </w:r>
    </w:p>
    <w:p w:rsidR="00C056D8" w:rsidRPr="008731E0" w:rsidRDefault="00545580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подбирать примеры, подтверждающие суждение, вывод, ответ.</w:t>
      </w:r>
    </w:p>
    <w:p w:rsidR="00C056D8" w:rsidRPr="008731E0" w:rsidRDefault="00545580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8731E0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:rsidR="00C056D8" w:rsidRPr="008731E0" w:rsidRDefault="00545580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извлекать и использовать информацию, представленную в текстовой, графической (рисунок, схема, таблица) форме, заполнять таблицы; </w:t>
      </w:r>
    </w:p>
    <w:p w:rsidR="00C056D8" w:rsidRPr="008731E0" w:rsidRDefault="00545580">
      <w:pPr>
        <w:autoSpaceDE w:val="0"/>
        <w:autoSpaceDN w:val="0"/>
        <w:spacing w:before="192" w:after="0" w:line="230" w:lineRule="auto"/>
        <w:jc w:val="center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логику перебора вариантов для решения простейших комбинаторных задач; </w:t>
      </w:r>
    </w:p>
    <w:p w:rsidR="00C056D8" w:rsidRPr="008731E0" w:rsidRDefault="00545580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дополнять модели (схемы, изображения) готовыми числовыми данными.</w:t>
      </w:r>
    </w:p>
    <w:p w:rsidR="00C056D8" w:rsidRPr="008731E0" w:rsidRDefault="00545580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8731E0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коммуникативные учебные действия:</w:t>
      </w:r>
    </w:p>
    <w:p w:rsidR="00C056D8" w:rsidRPr="008731E0" w:rsidRDefault="00545580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комментировать ход вычислений; объяснять выбор величины, соответствующей ситуации измерения; </w:t>
      </w:r>
    </w:p>
    <w:p w:rsidR="00C056D8" w:rsidRPr="008731E0" w:rsidRDefault="00545580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текстовую задачу с заданным отношением (готовым решением) по образцу; </w:t>
      </w:r>
    </w:p>
    <w:p w:rsidR="00C056D8" w:rsidRPr="008731E0" w:rsidRDefault="00545580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математические знаки и терминологию для описания сюжетной ситуации; </w:t>
      </w:r>
    </w:p>
    <w:p w:rsidR="00C056D8" w:rsidRPr="008731E0" w:rsidRDefault="00545580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конструирования утверждений, выводов относительно данных объектов, отношения; </w:t>
      </w:r>
    </w:p>
    <w:p w:rsidR="00C056D8" w:rsidRPr="008731E0" w:rsidRDefault="00545580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называть числа, величины, геометрические фигуры, обладающие заданным свойством; </w:t>
      </w:r>
    </w:p>
    <w:p w:rsidR="00C056D8" w:rsidRPr="008731E0" w:rsidRDefault="00545580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записывать, читать число, числовое выражение; </w:t>
      </w:r>
    </w:p>
    <w:p w:rsidR="00C056D8" w:rsidRPr="008731E0" w:rsidRDefault="00545580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примеры, иллюстрирующие смысл арифметического действия; </w:t>
      </w:r>
    </w:p>
    <w:p w:rsidR="00C056D8" w:rsidRPr="008731E0" w:rsidRDefault="00C056D8">
      <w:pPr>
        <w:rPr>
          <w:lang w:val="ru-RU"/>
        </w:rPr>
        <w:sectPr w:rsidR="00C056D8" w:rsidRPr="008731E0">
          <w:pgSz w:w="11900" w:h="16840"/>
          <w:pgMar w:top="286" w:right="688" w:bottom="468" w:left="666" w:header="720" w:footer="720" w:gutter="0"/>
          <w:cols w:space="720" w:equalWidth="0">
            <w:col w:w="10546" w:space="0"/>
          </w:cols>
          <w:docGrid w:linePitch="360"/>
        </w:sectPr>
      </w:pPr>
    </w:p>
    <w:p w:rsidR="00C056D8" w:rsidRPr="008731E0" w:rsidRDefault="00C056D8">
      <w:pPr>
        <w:autoSpaceDE w:val="0"/>
        <w:autoSpaceDN w:val="0"/>
        <w:spacing w:after="108" w:line="220" w:lineRule="exact"/>
        <w:rPr>
          <w:lang w:val="ru-RU"/>
        </w:rPr>
      </w:pPr>
    </w:p>
    <w:p w:rsidR="00C056D8" w:rsidRPr="008731E0" w:rsidRDefault="00545580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 утверждения с использованием слов «каждый», «все».</w:t>
      </w:r>
    </w:p>
    <w:p w:rsidR="00C056D8" w:rsidRPr="008731E0" w:rsidRDefault="00545580">
      <w:pPr>
        <w:autoSpaceDE w:val="0"/>
        <w:autoSpaceDN w:val="0"/>
        <w:spacing w:before="178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регулятивные учебные действия:</w:t>
      </w:r>
    </w:p>
    <w:p w:rsidR="00C056D8" w:rsidRPr="008731E0" w:rsidRDefault="00545580">
      <w:pPr>
        <w:autoSpaceDE w:val="0"/>
        <w:autoSpaceDN w:val="0"/>
        <w:spacing w:before="178" w:after="0" w:line="262" w:lineRule="auto"/>
        <w:ind w:left="240" w:right="1296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следовать установленному правилу, по которому составлен ряд чисел, величин, геометрических фигур;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240" w:right="1296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организовывать, участвовать, контролировать ход и результат парной работы с математическим материалом;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проверять правильность вычисления с помощью другого приёма выполнения действия, обратного действия; </w:t>
      </w:r>
    </w:p>
    <w:p w:rsidR="00C056D8" w:rsidRPr="008731E0" w:rsidRDefault="00545580">
      <w:pPr>
        <w:autoSpaceDE w:val="0"/>
        <w:autoSpaceDN w:val="0"/>
        <w:spacing w:before="192" w:after="0" w:line="230" w:lineRule="auto"/>
        <w:ind w:left="24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находить с помощью учителя причину возникшей ошибки и трудности.</w:t>
      </w:r>
    </w:p>
    <w:p w:rsidR="00C056D8" w:rsidRPr="008731E0" w:rsidRDefault="00545580">
      <w:pPr>
        <w:autoSpaceDE w:val="0"/>
        <w:autoSpaceDN w:val="0"/>
        <w:spacing w:before="180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</w:p>
    <w:p w:rsidR="00C056D8" w:rsidRPr="008731E0" w:rsidRDefault="00545580">
      <w:pPr>
        <w:autoSpaceDE w:val="0"/>
        <w:autoSpaceDN w:val="0"/>
        <w:spacing w:before="178" w:after="0" w:line="262" w:lineRule="auto"/>
        <w:ind w:left="240" w:right="288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принимать правила совместной деятельности при работе в парах, группах, составленных учителем или самостоятельно; </w:t>
      </w:r>
    </w:p>
    <w:p w:rsidR="00C056D8" w:rsidRPr="008731E0" w:rsidRDefault="00545580">
      <w:pPr>
        <w:autoSpaceDE w:val="0"/>
        <w:autoSpaceDN w:val="0"/>
        <w:spacing w:before="190" w:after="0" w:line="271" w:lineRule="auto"/>
        <w:ind w:left="240" w:right="288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 </w:t>
      </w:r>
    </w:p>
    <w:p w:rsidR="00C056D8" w:rsidRPr="008731E0" w:rsidRDefault="00545580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часов; </w:t>
      </w:r>
    </w:p>
    <w:p w:rsidR="00C056D8" w:rsidRPr="008731E0" w:rsidRDefault="00545580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прикидку и оценку результата действий, измерений); </w:t>
      </w:r>
    </w:p>
    <w:p w:rsidR="00C056D8" w:rsidRPr="008731E0" w:rsidRDefault="00545580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совместно с учителем оценивать результаты выполнения общей работы.</w:t>
      </w:r>
    </w:p>
    <w:p w:rsidR="00C056D8" w:rsidRPr="008731E0" w:rsidRDefault="00C056D8">
      <w:pPr>
        <w:rPr>
          <w:lang w:val="ru-RU"/>
        </w:rPr>
        <w:sectPr w:rsidR="00C056D8" w:rsidRPr="008731E0">
          <w:pgSz w:w="11900" w:h="16840"/>
          <w:pgMar w:top="328" w:right="888" w:bottom="1440" w:left="846" w:header="720" w:footer="720" w:gutter="0"/>
          <w:cols w:space="720" w:equalWidth="0">
            <w:col w:w="10166" w:space="0"/>
          </w:cols>
          <w:docGrid w:linePitch="360"/>
        </w:sectPr>
      </w:pPr>
    </w:p>
    <w:p w:rsidR="00C056D8" w:rsidRPr="008731E0" w:rsidRDefault="00C056D8">
      <w:pPr>
        <w:autoSpaceDE w:val="0"/>
        <w:autoSpaceDN w:val="0"/>
        <w:spacing w:after="78" w:line="220" w:lineRule="exact"/>
        <w:rPr>
          <w:lang w:val="ru-RU"/>
        </w:rPr>
      </w:pPr>
    </w:p>
    <w:p w:rsidR="00C056D8" w:rsidRPr="008731E0" w:rsidRDefault="00545580">
      <w:pPr>
        <w:autoSpaceDE w:val="0"/>
        <w:autoSpaceDN w:val="0"/>
        <w:spacing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C056D8" w:rsidRPr="008731E0" w:rsidRDefault="00545580">
      <w:pPr>
        <w:tabs>
          <w:tab w:val="left" w:pos="180"/>
        </w:tabs>
        <w:autoSpaceDE w:val="0"/>
        <w:autoSpaceDN w:val="0"/>
        <w:spacing w:before="346" w:after="0" w:line="262" w:lineRule="auto"/>
        <w:ind w:right="1152"/>
        <w:rPr>
          <w:lang w:val="ru-RU"/>
        </w:rPr>
      </w:pPr>
      <w:r w:rsidRPr="008731E0">
        <w:rPr>
          <w:lang w:val="ru-RU"/>
        </w:rPr>
        <w:tab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2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C056D8" w:rsidRPr="008731E0" w:rsidRDefault="00545580">
      <w:pPr>
        <w:autoSpaceDE w:val="0"/>
        <w:autoSpaceDN w:val="0"/>
        <w:spacing w:before="262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C056D8" w:rsidRPr="008731E0" w:rsidRDefault="00545580">
      <w:pPr>
        <w:tabs>
          <w:tab w:val="left" w:pos="180"/>
        </w:tabs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8731E0">
        <w:rPr>
          <w:lang w:val="ru-RU"/>
        </w:rPr>
        <w:tab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В результате изучения предмета «Математика» у обучающегося будут сформированы следующие личностные результаты:</w:t>
      </w:r>
    </w:p>
    <w:p w:rsidR="00C056D8" w:rsidRPr="008731E0" w:rsidRDefault="00545580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необходимость изучения математики для адаптации к жизненным ситуациям, для развития общей культуры человека; </w:t>
      </w:r>
    </w:p>
    <w:p w:rsidR="00C056D8" w:rsidRPr="008731E0" w:rsidRDefault="00545580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развития способности мыслить, рассуждать, выдвигать предположения и доказывать или опровергать их; </w:t>
      </w:r>
    </w:p>
    <w:p w:rsidR="00C056D8" w:rsidRPr="008731E0" w:rsidRDefault="00545580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C056D8" w:rsidRPr="008731E0" w:rsidRDefault="00545580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осваивать навыки организации безопасного поведения в информационной среде;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:rsidR="00C056D8" w:rsidRPr="008731E0" w:rsidRDefault="00545580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:rsidR="00C056D8" w:rsidRPr="008731E0" w:rsidRDefault="00545580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свои успехи в изучении математики, намечать пути устранения трудностей; </w:t>
      </w:r>
    </w:p>
    <w:p w:rsidR="00C056D8" w:rsidRPr="008731E0" w:rsidRDefault="00545580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стремиться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C056D8" w:rsidRPr="008731E0" w:rsidRDefault="00545580">
      <w:pPr>
        <w:autoSpaceDE w:val="0"/>
        <w:autoSpaceDN w:val="0"/>
        <w:spacing w:before="324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C056D8" w:rsidRPr="008731E0" w:rsidRDefault="00545580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:rsidR="00C056D8" w:rsidRPr="008731E0" w:rsidRDefault="00545580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 познавательные учебные действия:</w:t>
      </w:r>
    </w:p>
    <w:p w:rsidR="00C056D8" w:rsidRPr="008731E0" w:rsidRDefault="00545580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8731E0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:rsidR="00C056D8" w:rsidRPr="008731E0" w:rsidRDefault="00545580">
      <w:pPr>
        <w:autoSpaceDE w:val="0"/>
        <w:autoSpaceDN w:val="0"/>
        <w:spacing w:before="178" w:after="0" w:line="262" w:lineRule="auto"/>
        <w:ind w:left="420" w:right="1008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связи и зависимости между математическими объектами (часть-целое; причина-следствие; протяжённость);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применять базовые логические универсальные действия: сравнение, анализ, классификация (группировка), обобщение;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приобретать практические графические и измерительные навыки для успешного решения учебных и житейских задач;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C056D8" w:rsidRPr="008731E0" w:rsidRDefault="00545580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8731E0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:rsidR="00C056D8" w:rsidRPr="008731E0" w:rsidRDefault="00C056D8">
      <w:pPr>
        <w:rPr>
          <w:lang w:val="ru-RU"/>
        </w:rPr>
        <w:sectPr w:rsidR="00C056D8" w:rsidRPr="008731E0">
          <w:pgSz w:w="11900" w:h="16840"/>
          <w:pgMar w:top="298" w:right="650" w:bottom="3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056D8" w:rsidRPr="008731E0" w:rsidRDefault="00C056D8">
      <w:pPr>
        <w:autoSpaceDE w:val="0"/>
        <w:autoSpaceDN w:val="0"/>
        <w:spacing w:after="132" w:line="220" w:lineRule="exact"/>
        <w:rPr>
          <w:lang w:val="ru-RU"/>
        </w:rPr>
      </w:pPr>
    </w:p>
    <w:p w:rsidR="00C056D8" w:rsidRPr="008731E0" w:rsidRDefault="00545580">
      <w:pPr>
        <w:autoSpaceDE w:val="0"/>
        <w:autoSpaceDN w:val="0"/>
        <w:spacing w:after="0" w:line="262" w:lineRule="auto"/>
        <w:ind w:left="240" w:right="864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способность ориентироваться в учебном материале разных разделов курса математики;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и адекватно использовать математическую терминологию: различать, характеризовать, использовать для решения учебных и практических задач; </w:t>
      </w:r>
    </w:p>
    <w:p w:rsidR="00C056D8" w:rsidRPr="008731E0" w:rsidRDefault="00545580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применять изученные методы познания (измерение, моделирование, перебор вариантов)</w:t>
      </w:r>
    </w:p>
    <w:p w:rsidR="00C056D8" w:rsidRPr="008731E0" w:rsidRDefault="00545580">
      <w:pPr>
        <w:autoSpaceDE w:val="0"/>
        <w:autoSpaceDN w:val="0"/>
        <w:spacing w:before="178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:rsidR="00C056D8" w:rsidRPr="008731E0" w:rsidRDefault="00545580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 информацию в разных источниках информационной среды; </w:t>
      </w:r>
    </w:p>
    <w:p w:rsidR="00C056D8" w:rsidRPr="008731E0" w:rsidRDefault="00545580">
      <w:pPr>
        <w:autoSpaceDE w:val="0"/>
        <w:autoSpaceDN w:val="0"/>
        <w:spacing w:before="192" w:after="0" w:line="262" w:lineRule="auto"/>
        <w:ind w:left="240" w:right="864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интерпретировать графически представленную информацию (схему, таблицу, диаграмму, другую модель);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принимать правила, безопасно использовать предлагаемые электронные средства и источники информации.</w:t>
      </w:r>
    </w:p>
    <w:p w:rsidR="00C056D8" w:rsidRPr="008731E0" w:rsidRDefault="00545580">
      <w:pPr>
        <w:autoSpaceDE w:val="0"/>
        <w:autoSpaceDN w:val="0"/>
        <w:spacing w:before="178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коммуникативные учебные действия:</w:t>
      </w:r>
    </w:p>
    <w:p w:rsidR="00C056D8" w:rsidRPr="008731E0" w:rsidRDefault="00545580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 утверждения, проверять их истинность;</w:t>
      </w:r>
    </w:p>
    <w:p w:rsidR="00C056D8" w:rsidRPr="008731E0" w:rsidRDefault="00545580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строить логическое рассуждение;</w:t>
      </w:r>
    </w:p>
    <w:p w:rsidR="00C056D8" w:rsidRPr="008731E0" w:rsidRDefault="00545580">
      <w:pPr>
        <w:autoSpaceDE w:val="0"/>
        <w:autoSpaceDN w:val="0"/>
        <w:spacing w:before="238" w:after="0" w:line="230" w:lineRule="auto"/>
        <w:jc w:val="center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текст задания для объяснения способа и хода решения математической задачи;</w:t>
      </w:r>
    </w:p>
    <w:p w:rsidR="00C056D8" w:rsidRPr="008731E0" w:rsidRDefault="00545580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ответ;</w:t>
      </w:r>
    </w:p>
    <w:p w:rsidR="00C056D8" w:rsidRPr="008731E0" w:rsidRDefault="00545580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комментировать процесс вычисления, построения, решения; объяснять полученный ответ с использованием изученной терминологии;</w:t>
      </w:r>
    </w:p>
    <w:p w:rsidR="00C056D8" w:rsidRPr="008731E0" w:rsidRDefault="00545580">
      <w:pPr>
        <w:autoSpaceDE w:val="0"/>
        <w:autoSpaceDN w:val="0"/>
        <w:spacing w:before="238" w:after="0" w:line="271" w:lineRule="auto"/>
        <w:ind w:left="24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C056D8" w:rsidRPr="008731E0" w:rsidRDefault="00545580">
      <w:pPr>
        <w:autoSpaceDE w:val="0"/>
        <w:autoSpaceDN w:val="0"/>
        <w:spacing w:before="238" w:after="0" w:line="274" w:lineRule="auto"/>
        <w:ind w:left="24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C056D8" w:rsidRPr="008731E0" w:rsidRDefault="00545580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алгоритмах: воспроизводить, дополнять, исправлять деформированные;</w:t>
      </w:r>
    </w:p>
    <w:p w:rsidR="00C056D8" w:rsidRPr="008731E0" w:rsidRDefault="00545580">
      <w:pPr>
        <w:autoSpaceDE w:val="0"/>
        <w:autoSpaceDN w:val="0"/>
        <w:spacing w:before="238" w:after="0" w:line="262" w:lineRule="auto"/>
        <w:ind w:left="240" w:right="144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по аналогии; . самостоятельно составлять тексты заданий, аналогичные типовым изученным.</w:t>
      </w:r>
    </w:p>
    <w:p w:rsidR="00C056D8" w:rsidRPr="008731E0" w:rsidRDefault="00545580">
      <w:pPr>
        <w:autoSpaceDE w:val="0"/>
        <w:autoSpaceDN w:val="0"/>
        <w:spacing w:before="298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регулятивные учебные действия:</w:t>
      </w:r>
    </w:p>
    <w:p w:rsidR="00C056D8" w:rsidRPr="008731E0" w:rsidRDefault="00545580">
      <w:pPr>
        <w:autoSpaceDE w:val="0"/>
        <w:autoSpaceDN w:val="0"/>
        <w:spacing w:before="190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:rsidR="00C056D8" w:rsidRPr="008731E0" w:rsidRDefault="00545580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этапы предстоящей работы, определять последовательность учебных действий;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выполнять правила безопасного использования электронных средств, предлагаемых в процессе обучения.</w:t>
      </w:r>
    </w:p>
    <w:p w:rsidR="00C056D8" w:rsidRPr="008731E0" w:rsidRDefault="00545580">
      <w:pPr>
        <w:autoSpaceDE w:val="0"/>
        <w:autoSpaceDN w:val="0"/>
        <w:spacing w:before="178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:rsidR="00C056D8" w:rsidRPr="008731E0" w:rsidRDefault="00545580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деятельности, объективно оценивать их; </w:t>
      </w:r>
    </w:p>
    <w:p w:rsidR="00C056D8" w:rsidRPr="008731E0" w:rsidRDefault="00C056D8">
      <w:pPr>
        <w:rPr>
          <w:lang w:val="ru-RU"/>
        </w:rPr>
        <w:sectPr w:rsidR="00C056D8" w:rsidRPr="008731E0">
          <w:pgSz w:w="11900" w:h="16840"/>
          <w:pgMar w:top="352" w:right="722" w:bottom="302" w:left="846" w:header="720" w:footer="720" w:gutter="0"/>
          <w:cols w:space="720" w:equalWidth="0">
            <w:col w:w="10332" w:space="0"/>
          </w:cols>
          <w:docGrid w:linePitch="360"/>
        </w:sectPr>
      </w:pPr>
    </w:p>
    <w:p w:rsidR="00C056D8" w:rsidRPr="008731E0" w:rsidRDefault="00C056D8">
      <w:pPr>
        <w:autoSpaceDE w:val="0"/>
        <w:autoSpaceDN w:val="0"/>
        <w:spacing w:after="144" w:line="220" w:lineRule="exact"/>
        <w:rPr>
          <w:lang w:val="ru-RU"/>
        </w:rPr>
      </w:pPr>
    </w:p>
    <w:p w:rsidR="00C056D8" w:rsidRPr="008731E0" w:rsidRDefault="00545580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и при необходимости корректировать способы действий;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находить ошибки в своей работе, устанавливать их причины, вести поиск путей преодоления ошибок.</w:t>
      </w:r>
    </w:p>
    <w:p w:rsidR="00C056D8" w:rsidRPr="008731E0" w:rsidRDefault="00545580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8731E0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Самооценка:</w:t>
      </w:r>
    </w:p>
    <w:p w:rsidR="00C056D8" w:rsidRPr="008731E0" w:rsidRDefault="00545580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:rsidR="00C056D8" w:rsidRPr="008731E0" w:rsidRDefault="00545580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оценивать рациональность своих действий, давать им качественную характеристику.</w:t>
      </w:r>
    </w:p>
    <w:p w:rsidR="00C056D8" w:rsidRPr="008731E0" w:rsidRDefault="00545580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C056D8" w:rsidRPr="008731E0" w:rsidRDefault="00545580">
      <w:pPr>
        <w:autoSpaceDE w:val="0"/>
        <w:autoSpaceDN w:val="0"/>
        <w:spacing w:before="180" w:after="0" w:line="271" w:lineRule="auto"/>
        <w:ind w:left="420" w:right="7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согласовывать  мнения в ходе поиска доказательств, выбора рационального способа, анализа информации;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C056D8" w:rsidRPr="008731E0" w:rsidRDefault="00545580">
      <w:pPr>
        <w:autoSpaceDE w:val="0"/>
        <w:autoSpaceDN w:val="0"/>
        <w:spacing w:before="322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C056D8" w:rsidRPr="008731E0" w:rsidRDefault="00545580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во 2классе  обучающийся научится:</w:t>
      </w:r>
    </w:p>
    <w:p w:rsidR="00C056D8" w:rsidRPr="008731E0" w:rsidRDefault="00545580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записывать, сравнивать, упорядочивать числа в пределах 100;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число большее/меньшее данного числа на заданное число (в пределах 100); большее данного числа в заданное число раз (в пределах 20);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и соблюдать порядок при вычислении значения числового выражения (со скобками/без скобок), содержащего действия сложения и вычитания в пределах 100;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288" w:right="864"/>
        <w:jc w:val="center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арифметические действия: сложение и вычитание, в пределах 100 устно и письменно; умножение и деление в пределах 50 с использованием таблицы умножения; </w:t>
      </w:r>
    </w:p>
    <w:p w:rsidR="00C056D8" w:rsidRPr="008731E0" w:rsidRDefault="00545580">
      <w:pPr>
        <w:autoSpaceDE w:val="0"/>
        <w:autoSpaceDN w:val="0"/>
        <w:spacing w:before="192" w:after="0" w:line="262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называть и различать компоненты действий умножения (множители, произведение); деления (делимое, делитель, частное); </w:t>
      </w:r>
    </w:p>
    <w:p w:rsidR="00C056D8" w:rsidRPr="008731E0" w:rsidRDefault="00545580">
      <w:pPr>
        <w:autoSpaceDE w:val="0"/>
        <w:autoSpaceDN w:val="0"/>
        <w:spacing w:before="192" w:after="0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неизвестный компонент сложения, вычитания; использовать при выполнении практических заданий единицы величин длины (сантиметр, дециметр, метр), массы (килограмм), времени (минута, час); стоимости (рубль, копейка); преобразовывать одни единицы данных величин  в другие; </w:t>
      </w:r>
    </w:p>
    <w:p w:rsidR="00C056D8" w:rsidRPr="008731E0" w:rsidRDefault="00545580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 помощью измерительных инструментов длину; определять время с помощью часов; выполнять прикидку и оценку результата измерений; сравнивать величины длины, массы, времени, стоимости, устанавливая между ними соотношение «больше/меньше на»;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текстовые задачи в одно-два действия: представлять задачу (краткая запись, рисунок, таблица или другая модель); </w:t>
      </w:r>
    </w:p>
    <w:p w:rsidR="00C056D8" w:rsidRPr="008731E0" w:rsidRDefault="00545580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ход решения текстовой задачи в два действия, оформлять его в виде арифметического действия/действий, записывать ответ; </w:t>
      </w:r>
    </w:p>
    <w:p w:rsidR="00C056D8" w:rsidRPr="008731E0" w:rsidRDefault="00545580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и называть геометрические фигуры: прямой угол; ломаную, многоугольник; </w:t>
      </w:r>
    </w:p>
    <w:p w:rsidR="00C056D8" w:rsidRPr="008731E0" w:rsidRDefault="00C056D8">
      <w:pPr>
        <w:rPr>
          <w:lang w:val="ru-RU"/>
        </w:rPr>
        <w:sectPr w:rsidR="00C056D8" w:rsidRPr="008731E0">
          <w:pgSz w:w="11900" w:h="16840"/>
          <w:pgMar w:top="364" w:right="760" w:bottom="312" w:left="666" w:header="720" w:footer="720" w:gutter="0"/>
          <w:cols w:space="720" w:equalWidth="0">
            <w:col w:w="10474" w:space="0"/>
          </w:cols>
          <w:docGrid w:linePitch="360"/>
        </w:sectPr>
      </w:pPr>
    </w:p>
    <w:p w:rsidR="00C056D8" w:rsidRPr="008731E0" w:rsidRDefault="00C056D8">
      <w:pPr>
        <w:autoSpaceDE w:val="0"/>
        <w:autoSpaceDN w:val="0"/>
        <w:spacing w:after="132" w:line="220" w:lineRule="exact"/>
        <w:rPr>
          <w:lang w:val="ru-RU"/>
        </w:rPr>
      </w:pPr>
    </w:p>
    <w:p w:rsidR="00C056D8" w:rsidRPr="008731E0" w:rsidRDefault="00545580">
      <w:pPr>
        <w:autoSpaceDE w:val="0"/>
        <w:autoSpaceDN w:val="0"/>
        <w:spacing w:after="0" w:line="353" w:lineRule="auto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выделять среди четырехугольников прямоугольники, квадраты;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бумаге в клетку изображать ломаную, многоугольник; чертить прямой угол,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прямоугольник с заданными длинами сторон;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для выполнения построений линейку, угольник;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измерение длин реальных объектов с помощью линейки; находить длину ломаной, состоящей из двух-трёх звеньев, периметр прямоугольника (квадрата);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верные (истинные) и неверные (ложные) утверждения со словами «все»,«каждый»;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одно-двухшаговые логические рассуждения и делать выводы;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общий признак группы математических объектов (чисел, величин, геометрических фигур);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закономерность в ряду объектов (чисел, геометрических фигур);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заданной форме: дополнять текст задачи числами, заполнять строку/столбец таблицы, указывать числовые данные на рисунке (изображении геометрических фигур);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группы объектов (находить общее, различное);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обнаруживать модели геометрических фигур в окружающем мире; подбирать примеры, подтверждающие суждение, ответ;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(дополнять) текстовую задачу;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—  проверять правильность вычислений.</w:t>
      </w:r>
    </w:p>
    <w:p w:rsidR="00C056D8" w:rsidRPr="008731E0" w:rsidRDefault="00C056D8">
      <w:pPr>
        <w:rPr>
          <w:lang w:val="ru-RU"/>
        </w:rPr>
        <w:sectPr w:rsidR="00C056D8" w:rsidRPr="008731E0">
          <w:pgSz w:w="11900" w:h="16840"/>
          <w:pgMar w:top="352" w:right="752" w:bottom="1440" w:left="1086" w:header="720" w:footer="720" w:gutter="0"/>
          <w:cols w:space="720" w:equalWidth="0">
            <w:col w:w="10062" w:space="0"/>
          </w:cols>
          <w:docGrid w:linePitch="360"/>
        </w:sectPr>
      </w:pPr>
    </w:p>
    <w:p w:rsidR="00C056D8" w:rsidRPr="008731E0" w:rsidRDefault="00C056D8">
      <w:pPr>
        <w:autoSpaceDE w:val="0"/>
        <w:autoSpaceDN w:val="0"/>
        <w:spacing w:after="64" w:line="220" w:lineRule="exact"/>
        <w:rPr>
          <w:lang w:val="ru-RU"/>
        </w:rPr>
      </w:pPr>
    </w:p>
    <w:p w:rsidR="00C056D8" w:rsidRDefault="00545580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370"/>
        <w:gridCol w:w="530"/>
        <w:gridCol w:w="1104"/>
        <w:gridCol w:w="1140"/>
        <w:gridCol w:w="866"/>
        <w:gridCol w:w="3926"/>
        <w:gridCol w:w="1116"/>
        <w:gridCol w:w="1982"/>
      </w:tblGrid>
      <w:tr w:rsidR="00C056D8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3926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0" w:lineRule="auto"/>
              <w:ind w:left="72" w:right="57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C056D8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056D8" w:rsidRDefault="00C056D8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056D8" w:rsidRDefault="00C056D8"/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056D8" w:rsidRDefault="00C056D8"/>
        </w:tc>
        <w:tc>
          <w:tcPr>
            <w:tcW w:w="1726" w:type="dxa"/>
            <w:vMerge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056D8" w:rsidRDefault="00C056D8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056D8" w:rsidRDefault="00C056D8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056D8" w:rsidRDefault="00C056D8"/>
        </w:tc>
      </w:tr>
      <w:tr w:rsidR="00C056D8">
        <w:trPr>
          <w:trHeight w:hRule="exact" w:val="35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Числа</w:t>
            </w:r>
          </w:p>
        </w:tc>
      </w:tr>
      <w:tr w:rsidR="00C056D8" w:rsidRPr="008731E0">
        <w:trPr>
          <w:trHeight w:hRule="exact" w:val="284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Числа в пределах 100: чтение, запись, десятичный состав, сравнение.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2" w:lineRule="auto"/>
              <w:ind w:left="68" w:right="28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Устная и письменная работа с числами: чтение, составление, сравнение, изменение; счёт единицами, двойками, тройками от заданного числа в порядке убывания/ возрастания;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Оформление математических записей;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приложение к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учебнику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«Математика», 2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класс (Диск С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),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авторы С.И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Волкова,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С.П.Максимова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единая коллекция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цифровых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ресурсов (или по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адресу: </w:t>
            </w:r>
            <w:r w:rsidRPr="008731E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schoolcollection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  <w:tr w:rsidR="00C056D8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Запись равенства, неравенства. Увеличение/уменьшение числа на несколько единиц/десятков; разностное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сравнение чисел.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05.09.2022 06.09.2022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7" w:lineRule="auto"/>
              <w:ind w:left="6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Запись общего свойства группы чисел. Характеристика одного числа (величины, геометрической фигуры) из группы;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Чётные и нечётные числа.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07.09.2022 08.09.2022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0" w:lineRule="auto"/>
              <w:ind w:left="6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Запись общего свойства группы чисел. Характеристика одного числа (величины, геометрической фигуры) из группы;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 w:rsidRPr="008731E0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Представление числа в  виде суммы разрядных слагаемых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12.09.2022 13.09.2022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0" w:lineRule="auto"/>
              <w:ind w:left="6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работа: установление математического отношения («больше/меньше на … », «больше/меньше в… ») в житейской ситуации (сравнение по возрасту, массе и др.);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8731E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  <w:tr w:rsidR="00C056D8">
        <w:trPr>
          <w:trHeight w:hRule="exact" w:val="95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Работа с математической терминологией (однозначное, двузначное, чётное-нечётное число; число и  цифра; компоненты арифметического действия, их название)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14.09.2022 15.09.2022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50" w:lineRule="auto"/>
              <w:ind w:left="6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парах/группах. Проверка правильности выбора арифметического действия, соответствующего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отношению «больше на … », «меньше на … » (с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помощью предметной модели, сюжетной ситуации);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348"/>
        </w:trPr>
        <w:tc>
          <w:tcPr>
            <w:tcW w:w="4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01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C056D8"/>
        </w:tc>
      </w:tr>
      <w:tr w:rsidR="00C056D8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Величины</w:t>
            </w:r>
          </w:p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6840" w:h="11900"/>
          <w:pgMar w:top="282" w:right="640" w:bottom="66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370"/>
        <w:gridCol w:w="530"/>
        <w:gridCol w:w="1104"/>
        <w:gridCol w:w="1140"/>
        <w:gridCol w:w="866"/>
        <w:gridCol w:w="3926"/>
        <w:gridCol w:w="1116"/>
        <w:gridCol w:w="1982"/>
      </w:tblGrid>
      <w:tr w:rsidR="00C056D8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Работа с величинами: сравнение по массе (единица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массы — килограмм); измерение длины (единицы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длины — метр, дециметр, сантиметр, миллиметр), времени (единицы времени  — час, минута).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19.09.2022 21.09.2022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50" w:lineRule="auto"/>
              <w:ind w:left="68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практических ситуаций;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Различение единиц измерения одной и той же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величины, установление между ними отношения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(больше, меньше, равно), запись результата сравнения;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Соотношения между единицами величины (в  пределах 100), решение практических задач.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26.09.2022 28.09.2022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5" w:lineRule="auto"/>
              <w:ind w:left="68" w:right="43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Сравнение по росту, массе, возрасту в житейской ситуации и при решении учебных задач;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Измерение величин.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29.09.2022 03.10.2022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52" w:lineRule="auto"/>
              <w:ind w:left="6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Проектные задания с величинами, например временем: чтение расписания, графика работы; составление схемы для определения отрезка времени; установление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соотношения между единицами времени: годом,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месяцем, неделей, сутками;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 w:rsidRPr="008731E0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Сравнение и упорядочение однородных величин.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05.10.2022 10.10.2022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0" w:lineRule="auto"/>
              <w:ind w:left="68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Пропедевтика исследовательской работы: переход от одних единиц измерения величин к другим, обратный переход; иллюстрация перехода с помощью модели;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8731E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  <w:tr w:rsidR="00C056D8">
        <w:trPr>
          <w:trHeight w:hRule="exact" w:val="348"/>
        </w:trPr>
        <w:tc>
          <w:tcPr>
            <w:tcW w:w="4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101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C056D8"/>
        </w:tc>
      </w:tr>
      <w:tr w:rsidR="00C056D8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Арифметические действия</w:t>
            </w:r>
          </w:p>
        </w:tc>
      </w:tr>
      <w:tr w:rsidR="00C056D8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Устное сложение и вычитание чисел в пределах 100 без перехода и с переходом через разряд.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11.10.2022 19.10.2022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7" w:lineRule="auto"/>
              <w:ind w:left="68" w:right="144"/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Упражнения: различение приёмов вычисления (устные и письменные).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Выбор удобного способа выполнения действия;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Письменное сложение и  вычитание чисел в пределах 100. Переместительное, сочетательное свойства сложения, их применение для вычислений.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20.10.2022 07.11.2022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50" w:lineRule="auto"/>
              <w:ind w:left="68" w:right="144"/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деятельность: устные и письменные приёмы вычислений.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Прикидка результата выполнения действия;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50" w:lineRule="auto"/>
              <w:ind w:left="72" w:right="432"/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Взаимосвязь компонентов и результата действия сложения, действия вычитания.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Проверка результата вычисления (реальность ответа, обратное действие).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08.11.2022 16.11.2022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0" w:lineRule="auto"/>
              <w:ind w:left="68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Комментирование хода выполнения арифметического действия с использованием математической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терминологии (десятки, единицы, сумма, разность и др.);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7" w:lineRule="auto"/>
              <w:ind w:left="72" w:right="576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Действия умножения и  деления чисел. Взаимосвязь сложения и умножения. Иллюстрация умножения с помощью предметной модели сюжетной ситуации.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17.11.2022 28.11.2022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5" w:lineRule="auto"/>
              <w:ind w:left="68" w:right="28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диалог: участие в обсуждении возможных ошибок в выполнении арифметических действий;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 w:rsidRPr="008731E0">
        <w:trPr>
          <w:trHeight w:hRule="exact" w:val="1130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43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Названия компонентов действий умножения, деления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29.11.2022 30.11.2022</w:t>
            </w:r>
          </w:p>
        </w:tc>
        <w:tc>
          <w:tcPr>
            <w:tcW w:w="392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45" w:lineRule="auto"/>
              <w:ind w:left="68" w:right="28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диалог: участие в обсуждении возможных ошибок в выполнении арифметических действий;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8731E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  <w:tr w:rsidR="00C056D8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45" w:lineRule="auto"/>
              <w:ind w:right="144"/>
              <w:jc w:val="center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Табличное умножение в  пределах 50. Табличные случаи умножения, деления при вычислениях и решении задач.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01.12.2022 12.12.2022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50" w:lineRule="auto"/>
              <w:ind w:left="68" w:right="432"/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объяснение хода выполнения вычислений по образцу.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Применение правил порядка выполнения действий; объяснение возможных ошибок;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6840" w:h="11900"/>
          <w:pgMar w:top="284" w:right="640" w:bottom="29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370"/>
        <w:gridCol w:w="530"/>
        <w:gridCol w:w="1104"/>
        <w:gridCol w:w="1140"/>
        <w:gridCol w:w="866"/>
        <w:gridCol w:w="3926"/>
        <w:gridCol w:w="1116"/>
        <w:gridCol w:w="1982"/>
      </w:tblGrid>
      <w:tr w:rsidR="00C056D8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Умножение на 1, на 0 (по  правилу).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13.12.2022 14.12.2022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2" w:lineRule="auto"/>
              <w:ind w:left="68"/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Дифференцированные задания на проведение контроля и самоконтроля. Проверка хода и результата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выполнения действия по алгоритму. Оценка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рациональности выбранного приёма вычисления. </w:t>
            </w:r>
            <w:r w:rsidRPr="008731E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Установление соответствия между математическим выражением и его текстовым описанием;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3.8.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Переместительное свойство умножения.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15.12.2022 16.12.2022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0" w:lineRule="auto"/>
              <w:ind w:left="68" w:right="432"/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объяснение хода выполнения вычислений по образцу.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Применение правил порядка выполнения действий; объяснение возможных ошибок;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3.9.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Взаимосвязь компонентов и результата действия умножения, действия деления.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20.12.2022 27.12.2022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0" w:lineRule="auto"/>
              <w:ind w:left="68" w:right="28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парах/группах: нахождение и объяснение возможных причин ошибок в составлении числового выражения, нахождении его значения;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164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3.10.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Неизвестный компонент действия сложения, действия вычитания; его  нахождение.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09.01.2023 12.01.2023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2" w:lineRule="auto"/>
              <w:ind w:left="6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Моделирование: использование предметной модели сюжетной ситуации для составления числового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выражения со скобками. Сравнение значений числовых выражений, записанных с помощью одних и тех же чисел и знаков действия, со скобками и без скобок.</w:t>
            </w:r>
          </w:p>
          <w:p w:rsidR="00C056D8" w:rsidRPr="008731E0" w:rsidRDefault="00545580">
            <w:pPr>
              <w:autoSpaceDE w:val="0"/>
              <w:autoSpaceDN w:val="0"/>
              <w:spacing w:before="20" w:after="0" w:line="245" w:lineRule="auto"/>
              <w:ind w:left="68" w:right="576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Выбор числового выражения, соответствующего сюжетной ситуации;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3.11.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Числовое выражение: чтение, запись, вычисление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значения. Порядок выполнения действий в  числовом выражении, содержащем действия сложения и вычитания (со  скобками/без скобок) в  пределах 100 (не более трёх действий); нахождение его значения.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16.01.2023 24.01.2023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52" w:lineRule="auto"/>
              <w:ind w:left="6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Моделирование: использование предметной модели сюжетной ситуации для составления числового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выражения со скобками. Сравнение значений числовых выражений, записанных с помощью одних и тех же чисел и знаков действия, со скобками и без скобок.</w:t>
            </w:r>
          </w:p>
          <w:p w:rsidR="00C056D8" w:rsidRPr="008731E0" w:rsidRDefault="00545580">
            <w:pPr>
              <w:autoSpaceDE w:val="0"/>
              <w:autoSpaceDN w:val="0"/>
              <w:spacing w:before="20" w:after="0" w:line="245" w:lineRule="auto"/>
              <w:ind w:left="68" w:right="576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Выбор числового выражения, соответствующего сюжетной ситуации;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Вычитание суммы из  числа, числа из суммы.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25.01.2023 31.01.2023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2" w:lineRule="auto"/>
              <w:ind w:left="6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Моделирование: использование предметной модели сюжетной ситуации для составления числового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выражения со скобками. Сравнение значений числовых выражений, записанных с помощью одних и тех же чисел и знаков действия, со скобками и без скобок.</w:t>
            </w:r>
          </w:p>
          <w:p w:rsidR="00C056D8" w:rsidRPr="008731E0" w:rsidRDefault="00545580">
            <w:pPr>
              <w:autoSpaceDE w:val="0"/>
              <w:autoSpaceDN w:val="0"/>
              <w:spacing w:before="20" w:after="0" w:line="245" w:lineRule="auto"/>
              <w:ind w:left="68" w:right="576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Выбор числового выражения, соответствующего сюжетной ситуации;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3.13.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Вычисление суммы, разности удобным способом.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01.02.2023 07.02.2023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5" w:lineRule="auto"/>
              <w:ind w:left="68" w:right="100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Пропедевтика исследовательской работы: рациональные приёмы вычислений;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348"/>
        </w:trPr>
        <w:tc>
          <w:tcPr>
            <w:tcW w:w="4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58</w:t>
            </w:r>
          </w:p>
        </w:tc>
        <w:tc>
          <w:tcPr>
            <w:tcW w:w="101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C056D8"/>
        </w:tc>
      </w:tr>
      <w:tr w:rsidR="00C056D8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4.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Текстовые задачи</w:t>
            </w:r>
          </w:p>
        </w:tc>
      </w:tr>
      <w:tr w:rsidR="00C056D8">
        <w:trPr>
          <w:trHeight w:hRule="exact" w:val="90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43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Чтение, представление текста задачи в виде рисунка, схемы или другой модели.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08.02.2023 09.02.2023</w:t>
            </w:r>
          </w:p>
        </w:tc>
        <w:tc>
          <w:tcPr>
            <w:tcW w:w="392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0" w:lineRule="auto"/>
              <w:ind w:left="68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текста задачи с учётом предлагаемого задания: найти условие и вопрос задачи. Сравнение различных текстов, ответ на вопрос: является ли текст задачей?;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6840" w:h="11900"/>
          <w:pgMar w:top="284" w:right="640" w:bottom="77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370"/>
        <w:gridCol w:w="530"/>
        <w:gridCol w:w="1104"/>
        <w:gridCol w:w="1140"/>
        <w:gridCol w:w="866"/>
        <w:gridCol w:w="3926"/>
        <w:gridCol w:w="1116"/>
        <w:gridCol w:w="1982"/>
      </w:tblGrid>
      <w:tr w:rsidR="00C056D8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7" w:lineRule="auto"/>
              <w:ind w:left="72"/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План решения задачи в  два действия, выбор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соответствующих плану арифметических действий.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Запись решения и ответа задачи.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13.02.2023 15.02.2023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52" w:lineRule="auto"/>
              <w:ind w:left="68" w:right="28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Упражнения: поэтапное решение текстовой задачи: анализ данных, их представление на модели и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 в ходе поиска идеи решения;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плана; составление арифметических действий в соответствии с планом; использование модели для решения, поиск другого способа и др.;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14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7" w:lineRule="auto"/>
              <w:ind w:left="72" w:right="576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Решение текстовых задач на применение смысла арифметического действия (сложение, вычитание, умножение, деление).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16.02.2023 21.02.2023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52" w:lineRule="auto"/>
              <w:ind w:left="68" w:right="28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Упражнения: поэтапное решение текстовой задачи: анализ данных, их представление на модели и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 в ходе поиска идеи решения;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плана; составление арифметических действий в соответствии с планом; использование модели для решения, поиск другого способа и др.;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Расчётные задачи на увеличение/ уменьшение величины на  несколько единиц/ в  несколько раз.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22.02.2023 28.02.2023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0" w:lineRule="auto"/>
              <w:ind w:left="6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диалог: нахождение одной из трёх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взаимосвязанных величин при решении задач бытового характера («на время», «на куплю-продажу» и пр.).</w:t>
            </w:r>
          </w:p>
          <w:p w:rsidR="00C056D8" w:rsidRPr="008731E0" w:rsidRDefault="00545580">
            <w:pPr>
              <w:autoSpaceDE w:val="0"/>
              <w:autoSpaceDN w:val="0"/>
              <w:spacing w:before="18" w:after="0" w:line="245" w:lineRule="auto"/>
              <w:ind w:left="68" w:right="28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Поиск разных решений одной задачи. Разные формы записи решения (оформления);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Фиксация ответа к задаче и его проверка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(формулирование, проверка на достоверность, следование плану, соответствие поставленному вопросу).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01.03.2023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7" w:lineRule="auto"/>
              <w:ind w:left="68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 и самоконтроль при решении задач. Анализ образцов записи решения задачи по действиям и с помощью числового выражения;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348"/>
        </w:trPr>
        <w:tc>
          <w:tcPr>
            <w:tcW w:w="4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01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C056D8"/>
        </w:tc>
      </w:tr>
      <w:tr w:rsidR="00C056D8" w:rsidRPr="008731E0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Раздел 5.</w:t>
            </w: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Пространственные отношения и  геометрические фигуры</w:t>
            </w:r>
          </w:p>
        </w:tc>
      </w:tr>
      <w:tr w:rsidR="00C056D8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5" w:lineRule="auto"/>
              <w:ind w:right="288"/>
              <w:jc w:val="center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Распознавание и изображение геометрических фигур: точка, прямая, прямой угол, ломаная, многоугольник.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02.03.2023 07.03.2023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50" w:lineRule="auto"/>
              <w:ind w:left="68" w:right="43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Игровые упражнения: «Опиши фигуру», «Нарисуй фигуру по инструкции», «Найди модели фигур в окружающем» и т.п.;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Построение отрезка заданной длины с помощью линейки.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08.03.2023 13.03.2023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45" w:lineRule="auto"/>
              <w:ind w:left="68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Измерение расстояний с использованием заданных или самостоятельно выбранных единиц;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 w:rsidRPr="008731E0">
        <w:trPr>
          <w:trHeight w:hRule="exact" w:val="14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Изображение на клетчатой бумаге прямоугольника с заданными длинами сторон, квадрата с заданной длиной стороны.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14.03.2023 16.03.2023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5" w:lineRule="auto"/>
              <w:ind w:left="68" w:right="43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Построение и обозначение прямоугольника с заданными длинами сторон на клетчатой бумаге;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8731E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  <w:tr w:rsidR="00C056D8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Длина ломаной.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20.03.2023 22.03.2023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5" w:lineRule="auto"/>
              <w:ind w:left="68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Изображение ломаных с помощью линейки и от руки, на нелинованной и клетчатой бумаге;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5.5.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Измерение периметра данного/ изображённого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прямоугольника (квадрата), запись результата измерения в сантиметрах.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23.03.2023 06.04.2023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0" w:lineRule="auto"/>
              <w:ind w:left="68" w:right="43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Нахождение периметра прямоугольника, квадрата, составление числового равенства при вычислении периметра прямоугольника;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6840" w:h="11900"/>
          <w:pgMar w:top="284" w:right="640" w:bottom="55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370"/>
        <w:gridCol w:w="530"/>
        <w:gridCol w:w="1104"/>
        <w:gridCol w:w="1140"/>
        <w:gridCol w:w="866"/>
        <w:gridCol w:w="3926"/>
        <w:gridCol w:w="1116"/>
        <w:gridCol w:w="1982"/>
      </w:tblGrid>
      <w:tr w:rsidR="00C056D8" w:rsidRPr="008731E0">
        <w:trPr>
          <w:trHeight w:hRule="exact" w:val="24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5.6.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5" w:lineRule="auto"/>
              <w:ind w:right="720"/>
              <w:jc w:val="center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Точка, конец отрезка, вершина многоугольника. Обозначение точки буквой латинского алфавита.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10.04.2023 12.04.2023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4" w:lineRule="auto"/>
              <w:ind w:left="68"/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Построение и обозначение прямоугольника с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заданными длинами сторон на клетчатой бумаге;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Нахождение периметра прямоугольника, квадрата, составление числового равенства при вычислении периметра прямоугольника;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Конструирование геометрической фигуры из бумаги по заданному правилу или образцу. Творческие задания: оригами и т. п.;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диалог: расстояние как длина отрезка,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нахождение и прикидка расстояний.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Использование различных источников информации при определении размеров и протяжённостей;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8731E0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  <w:tr w:rsidR="00C056D8">
        <w:trPr>
          <w:trHeight w:hRule="exact" w:val="348"/>
        </w:trPr>
        <w:tc>
          <w:tcPr>
            <w:tcW w:w="4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01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C056D8"/>
        </w:tc>
      </w:tr>
      <w:tr w:rsidR="00C056D8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6.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Математическая информация</w:t>
            </w:r>
          </w:p>
        </w:tc>
      </w:tr>
      <w:tr w:rsidR="00C056D8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6.1.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Нахождение, формулирование одного-двух общих признаков набора математических объектов: чисел, величин, геометрических фигур.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13.04.2023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0" w:lineRule="auto"/>
              <w:ind w:left="6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диалог: установление последовательности событий (действий) сюжета. Описание рисунка (схемы, модели) по заданному или самостоятельно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составленному плану;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5" w:lineRule="auto"/>
              <w:ind w:right="1008"/>
              <w:jc w:val="center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Классификация объектов по заданному или самостоятельно установленному основанию.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17.04.2023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50" w:lineRule="auto"/>
              <w:ind w:left="68" w:right="28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Оформление математической записи. Использование математической терминологии для формулирования вопросов, заданий, при построении предположений, проверке гипотез;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Закономерность в  ряду чисел, геометрических фигур, объектов повседневной жизни: её  объяснение с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использованием математической терминологии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18.04.2023 19.04.2023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7" w:lineRule="auto"/>
              <w:ind w:left="68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Наблюдение закономерности в составлении ряда чисел (величин, геометрических фигур), формулирование правила;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6.4.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Верные (истинные) и  неверные (ложные) утверждения, содержащие количественные, пространственные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отношения, зависимости между числами/величинами.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25.04.2023 26.04.2023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0" w:lineRule="auto"/>
              <w:ind w:left="68" w:right="164"/>
              <w:jc w:val="both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Распознавание в окружающем мире ситуаций, которые целесообразно сформулировать на языке математики и решить математическими средствами;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6.5.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Конструирование утверждений с использованием слов«каждый», «все».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27.04.2023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0" w:lineRule="auto"/>
              <w:ind w:left="68" w:right="164"/>
              <w:jc w:val="both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Распознавание в окружающем мире ситуаций, которые целесообразно сформулировать на языке математики и решить математическими средствами;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6.6.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наблюдения в природе и пр.); внесение данных в таблицу.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03.05.2023 04.05.2023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7" w:lineRule="auto"/>
              <w:ind w:left="68" w:right="28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информацией: чтение таблицы (расписание, график работы, схему), нахождение информации, удовлетворяющей заданному условию задачи.</w:t>
            </w:r>
          </w:p>
          <w:p w:rsidR="00C056D8" w:rsidRDefault="00545580">
            <w:pPr>
              <w:autoSpaceDE w:val="0"/>
              <w:autoSpaceDN w:val="0"/>
              <w:spacing w:before="2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Составление вопросов по таблице;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6.7.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Дополнение моделей (схем, изображений) готовыми числовыми данными.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08.05.2023 10.05.2023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0" w:lineRule="auto"/>
              <w:ind w:left="68"/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парах/группах. Календарь.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Схемы маршрутов;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6.8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Правило составления ряда чисел, величин,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геометрических фигур (формулирование правила, проверка правила, дополнение ряда).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C056D8"/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45" w:lineRule="auto"/>
              <w:ind w:left="68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информацией: анализ информации, представ-ленной на рисунке и в тексте задания;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6840" w:h="11900"/>
          <w:pgMar w:top="284" w:right="640" w:bottom="38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370"/>
        <w:gridCol w:w="530"/>
        <w:gridCol w:w="1104"/>
        <w:gridCol w:w="1140"/>
        <w:gridCol w:w="866"/>
        <w:gridCol w:w="3926"/>
        <w:gridCol w:w="1116"/>
        <w:gridCol w:w="1982"/>
      </w:tblGrid>
      <w:tr w:rsidR="00C056D8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6.9.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Алгоритмы (приёмы, правила) устных и письменных вычислений, измерений и построения геометрических фигур.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C056D8"/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5" w:lineRule="auto"/>
              <w:ind w:left="68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информацией: анализ информации, представ-ленной на рисунке и в тексте задания;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6.10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Правила работы с электронными средствами обучения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056D8" w:rsidRDefault="00C056D8"/>
        </w:tc>
        <w:tc>
          <w:tcPr>
            <w:tcW w:w="392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8" w:after="0" w:line="245" w:lineRule="auto"/>
              <w:ind w:left="68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правил работы с электронными средствами обучения;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</w:t>
            </w:r>
          </w:p>
        </w:tc>
      </w:tr>
      <w:tr w:rsidR="00C056D8">
        <w:trPr>
          <w:trHeight w:hRule="exact" w:val="350"/>
        </w:trPr>
        <w:tc>
          <w:tcPr>
            <w:tcW w:w="4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</w:t>
            </w:r>
          </w:p>
        </w:tc>
        <w:tc>
          <w:tcPr>
            <w:tcW w:w="101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C056D8"/>
        </w:tc>
      </w:tr>
      <w:tr w:rsidR="00C056D8">
        <w:trPr>
          <w:trHeight w:hRule="exact" w:val="348"/>
        </w:trPr>
        <w:tc>
          <w:tcPr>
            <w:tcW w:w="4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01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C056D8"/>
        </w:tc>
      </w:tr>
      <w:tr w:rsidR="00C056D8">
        <w:trPr>
          <w:trHeight w:hRule="exact" w:val="328"/>
        </w:trPr>
        <w:tc>
          <w:tcPr>
            <w:tcW w:w="4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7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C056D8"/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78" w:line="220" w:lineRule="exact"/>
      </w:pPr>
    </w:p>
    <w:p w:rsidR="00C056D8" w:rsidRDefault="00545580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C056D8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C056D8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6D8" w:rsidRDefault="00C056D8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6D8" w:rsidRDefault="00C056D8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6D8" w:rsidRDefault="00C056D8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6D8" w:rsidRDefault="00C056D8"/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Числа от 1 до 20.Повторение и обобщение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Числа от 1 до 20.Повторение и обобщение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Десятки. Счёт десяткамидо 100.Повторение и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обобщениеУзнают, что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такое «десяток»,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Числа от 11 до 100. Образование чисел.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Числа от 11 до 100.</w:t>
            </w:r>
          </w:p>
          <w:p w:rsidR="00C056D8" w:rsidRPr="008731E0" w:rsidRDefault="00545580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Поместное значение цифр.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Однозначные и двузначные числа.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Миллиметр.</w:t>
            </w:r>
          </w:p>
          <w:p w:rsidR="00C056D8" w:rsidRPr="008731E0" w:rsidRDefault="00545580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Конструирование коробочки для мелких предметов.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13.09.2022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Миллиметр.</w:t>
            </w:r>
          </w:p>
          <w:p w:rsidR="00C056D8" w:rsidRPr="008731E0" w:rsidRDefault="00545580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Конструирование коробочки для мелких предметов.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C056D8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Контрольная работа№1 по теме «Образование чисел в пределах 100».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1900" w:h="16840"/>
          <w:pgMar w:top="298" w:right="650" w:bottom="74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C056D8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1" w:lineRule="auto"/>
              <w:ind w:left="72"/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Анализ контрольной работы. Наименьшее трехзначное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число.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Сотня.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Метр. Таблица мер длины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Сложение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вычитаниевида35 + 5, 35 –30, 35 – 5.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Замена двузначного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числасуммой разрядных слагаемых.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Единицы стоимости.Рубль. Копейка.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Странички для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любознательных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Что узнали. Чему научились.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28.09.2022 ;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Самостоятельная работа по теме «Числа от 1 до 100.</w:t>
            </w:r>
          </w:p>
          <w:p w:rsidR="00C056D8" w:rsidRDefault="00545580">
            <w:pPr>
              <w:autoSpaceDE w:val="0"/>
              <w:autoSpaceDN w:val="0"/>
              <w:spacing w:before="72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Нумерация».тои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Анализ самостоятельной работы.Странички для любознательных.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03.10.2022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Задачи, обратные данной.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04.10.2022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1900" w:h="16840"/>
          <w:pgMar w:top="284" w:right="650" w:bottom="9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Сумма и разность отрезков.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Задачина нахождение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неизвестногоуменьшаемого.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Задачина нахождение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неизвестноговычитаемого.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 изученного.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Единицы времени. Час. Минута.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Длина ломаной.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 изученного.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Странички для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любознательных.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Порядок выполнения действий. Скобки.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Числовые выражения.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Сравнение числовых выражений.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Периметр многоугольника.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Свойства сложения.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Свойства сложения.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 изученного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Контрольная работа №2 по итогам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четверти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/>
              <w:ind w:left="72" w:right="720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Анализ контрольной работы.Наши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проекты. Узоры и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орнаменты на посуде.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Странички для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любознательных.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узнали.Чему научились.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15.11.2022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узнали.Чему научились.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16.11.2022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1900" w:h="16840"/>
          <w:pgMar w:top="284" w:right="650" w:bottom="9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Подготовка к изучению устных приемов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вычислений.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Приём вычисленийвида36 + 2, 36 + 20.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Приём вычисленийвида36 -2, 36 – 20.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Приём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вычисленийвида26+4.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Приём вычисленийвида30-7.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Приём вычисленийвида60-24.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Закрепление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изученного.Решение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Закрепление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изученного.Решение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Закрепление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изученного.Решение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Приём вычисленийвида26+7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Приём вычисленийвида35-7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 изученного.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 изученного.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Странички для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любознательных.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узнали.Чему научились.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узнали.Чему научились.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Самостоятельная работа по теме «Сложение и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вычитание в пределах 100».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100" w:after="0" w:line="271" w:lineRule="auto"/>
              <w:ind w:left="72" w:right="43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Анализ самостоятельной работы. Буквенные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Буквенные выражения.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Уравнение. Решение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уравнений методом подбора.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Уравнение. Решение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уравнений методом подбора.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Проверка сложения.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Проверка вычитания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Контрольная работа №3 по итогам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полугодия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Анализ контрольной работы. Закрепление изученного.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Сложениевида 45 + 23.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Вычитаниевида 57 – 26.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Проверка сложения и вычитания.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 изученного.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19.01.2023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Угол. Виды углов.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23.01.2023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 изученного.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24.01.2023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1900" w:h="16840"/>
          <w:pgMar w:top="284" w:right="650" w:bottom="5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Сложениевида 37 + 48.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Сложение вида 37 + 53.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Прямоугольник.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Прямоугольник.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Сложение вида 87+13.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Закрепление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изученного.Решение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Вычисления вида32+8, 40-8.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 вида 50-24.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Странички для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любознательных.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узнали.Чему научились.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узнали.Чему научились.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Контрольная работа№4 по теме «Сложение и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вычитание в пределах 100».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Анализ контрольной работы.</w:t>
            </w:r>
          </w:p>
          <w:p w:rsidR="00C056D8" w:rsidRPr="008731E0" w:rsidRDefault="00545580">
            <w:pPr>
              <w:autoSpaceDE w:val="0"/>
              <w:autoSpaceDN w:val="0"/>
              <w:spacing w:before="70" w:after="0" w:line="262" w:lineRule="auto"/>
              <w:ind w:left="72" w:right="1152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Странички для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любознательных.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 вида 52-24.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 изученного.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 изученного.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Свойствопротивоположных сторон прямоугольника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 изученного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Квадрат.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Квадрат.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Наши проекты.Оригами.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1900" w:h="16840"/>
          <w:pgMar w:top="284" w:right="650" w:bottom="3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right="144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Странички для любознательны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узнали.Чему научились.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Конкретныйсмысл умножения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Конкретныйсмысл умножения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Вычисление результата умножения с помощью сложения.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Задачинаумножение.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Периметр прямоугольника.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Умножениенуля и единицы.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100. Название компонентови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результата умножения.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101. Закрепление изученного.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102.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102. Переместительное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свойствоумножения.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103.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103. Переместительное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свойствоумножения.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104.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Конкретный смысл действия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деления.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Конкретный смысл действия деления.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Конкретный смысл действия деления.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107. Закрепление изученного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right="43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108. Названия компонентови результата деления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109.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Что узнали.Чему научились.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Контрольная работа №5 по итогам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III</w:t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четверти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C056D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111.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111. Умножение и деление.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17.04.2023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1900" w:h="16840"/>
          <w:pgMar w:top="284" w:right="650" w:bottom="9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112.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62" w:lineRule="auto"/>
              <w:ind w:right="144"/>
              <w:jc w:val="center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Связь между компонентами и результатомумножения.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113.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/>
              <w:ind w:left="156" w:right="144" w:hanging="156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Прием деления,основанный на связи между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компонентами и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результатом умножения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114.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Прием умножения и деления </w:t>
            </w:r>
            <w:r w:rsidRPr="008731E0">
              <w:rPr>
                <w:lang w:val="ru-RU"/>
              </w:rPr>
              <w:tab/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 число 10.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71" w:lineRule="auto"/>
              <w:ind w:left="576" w:right="720" w:hanging="576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115. Задачи с величинами«цена», «количество»,«стоимость»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71" w:lineRule="auto"/>
              <w:ind w:left="576" w:right="768" w:hanging="576"/>
              <w:jc w:val="both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116. Задачи на нахождение неизвестного третьего слагаемого.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117. Закрепление изученного.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Контрольная работа №6 по теме «Умножение и </w:t>
            </w:r>
            <w:r w:rsidRPr="008731E0">
              <w:rPr>
                <w:lang w:val="ru-RU"/>
              </w:rPr>
              <w:br/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деление».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Умножениечисла 2 и на 2.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Умножениечисла 2 и на 2.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Приемы умножениячисла 2.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1900" w:h="16840"/>
          <w:pgMar w:top="284" w:right="650" w:bottom="79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122.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122. Деление на 2.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123.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123. Деление на 2.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124.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124. Закрепление изученного.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125. Странички для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любознательных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узнали.Чему научились.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Умножениечисла 3 и на 3.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Умножениечисла 3 и на 3.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129.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129. Деление на 3.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130. Деление на 3.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131. Закрепление изученного.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132.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132. Странички для </w:t>
            </w:r>
            <w:r>
              <w:br/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любознательных.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133.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Что узнали.Чему научились.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134.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134. Контрольная работа№7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(итоговая).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C056D8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135. 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tabs>
                <w:tab w:val="left" w:pos="156"/>
              </w:tabs>
              <w:autoSpaceDE w:val="0"/>
              <w:autoSpaceDN w:val="0"/>
              <w:spacing w:before="100" w:after="0" w:line="262" w:lineRule="auto"/>
              <w:ind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Что узнали, чему научисьво </w:t>
            </w:r>
            <w:r w:rsidRPr="008731E0">
              <w:rPr>
                <w:lang w:val="ru-RU"/>
              </w:rPr>
              <w:tab/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 классе?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31.05.2023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C056D8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136.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Что узнали, чему научисьво </w:t>
            </w:r>
            <w:r w:rsidRPr="008731E0">
              <w:rPr>
                <w:lang w:val="ru-RU"/>
              </w:rPr>
              <w:tab/>
            </w: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 классе?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01.06.2023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056D8">
        <w:trPr>
          <w:trHeight w:hRule="exact" w:val="808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Pr="008731E0" w:rsidRDefault="00545580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8731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056D8" w:rsidRDefault="005455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</w:p>
        </w:tc>
      </w:tr>
    </w:tbl>
    <w:p w:rsidR="00C056D8" w:rsidRDefault="00C056D8">
      <w:pPr>
        <w:autoSpaceDE w:val="0"/>
        <w:autoSpaceDN w:val="0"/>
        <w:spacing w:after="0" w:line="14" w:lineRule="exact"/>
      </w:pPr>
    </w:p>
    <w:p w:rsidR="00C056D8" w:rsidRDefault="00C056D8">
      <w:pPr>
        <w:sectPr w:rsidR="00C056D8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056D8" w:rsidRDefault="00C056D8">
      <w:pPr>
        <w:autoSpaceDE w:val="0"/>
        <w:autoSpaceDN w:val="0"/>
        <w:spacing w:after="78" w:line="220" w:lineRule="exact"/>
      </w:pPr>
    </w:p>
    <w:p w:rsidR="00C056D8" w:rsidRDefault="00545580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C056D8" w:rsidRDefault="00545580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C056D8" w:rsidRPr="008731E0" w:rsidRDefault="00545580">
      <w:pPr>
        <w:autoSpaceDE w:val="0"/>
        <w:autoSpaceDN w:val="0"/>
        <w:spacing w:before="166" w:after="0" w:line="271" w:lineRule="auto"/>
        <w:ind w:right="144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Математика (в 2 частях), 2 класс /Моро М.И., Бантова М.А., Бельтюкова Г.В. и другие, Акционерное общество «Издательство «Просвещение»;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C056D8" w:rsidRPr="008731E0" w:rsidRDefault="00545580">
      <w:pPr>
        <w:autoSpaceDE w:val="0"/>
        <w:autoSpaceDN w:val="0"/>
        <w:spacing w:before="262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C056D8" w:rsidRPr="008731E0" w:rsidRDefault="00545580">
      <w:pPr>
        <w:autoSpaceDE w:val="0"/>
        <w:autoSpaceDN w:val="0"/>
        <w:spacing w:before="840" w:after="0" w:line="281" w:lineRule="auto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Моро М.И., Степанова С.В., Волкова С.И. Математика: Учебник:2 класс: В 2 ч. М.:Просвещение, 2016 Дмитриева О. И. и др. Поурочные разработки по математике: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2 класс. - М.: ВАКО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Ситникова Т.Н. Математика Контрольно-измерительные материалы: 2 класс - М: ВАКО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Пособие для учителей общеобразовательных учреждений. М.: Просвещение, 2019</w:t>
      </w:r>
    </w:p>
    <w:p w:rsidR="00C056D8" w:rsidRPr="008731E0" w:rsidRDefault="00545580">
      <w:pPr>
        <w:autoSpaceDE w:val="0"/>
        <w:autoSpaceDN w:val="0"/>
        <w:spacing w:before="262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C056D8" w:rsidRPr="008731E0" w:rsidRDefault="00545580">
      <w:pPr>
        <w:autoSpaceDE w:val="0"/>
        <w:autoSpaceDN w:val="0"/>
        <w:spacing w:before="166" w:after="0" w:line="271" w:lineRule="auto"/>
        <w:ind w:right="144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Электронное приложение к учебнику «Математика», 2 класс (Диск С</w:t>
      </w:r>
      <w:r>
        <w:rPr>
          <w:rFonts w:ascii="Times New Roman" w:eastAsia="Times New Roman" w:hAnsi="Times New Roman"/>
          <w:color w:val="000000"/>
          <w:sz w:val="24"/>
        </w:rPr>
        <w:t>D</w:t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), авторы С.И Волкова, С.П.Максимова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единая коллекция цифровых образовательных ресурсов (или по адресу: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)</w:t>
      </w:r>
    </w:p>
    <w:p w:rsidR="00C056D8" w:rsidRPr="008731E0" w:rsidRDefault="00C056D8">
      <w:pPr>
        <w:rPr>
          <w:lang w:val="ru-RU"/>
        </w:rPr>
        <w:sectPr w:rsidR="00C056D8" w:rsidRPr="008731E0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056D8" w:rsidRPr="008731E0" w:rsidRDefault="00C056D8">
      <w:pPr>
        <w:autoSpaceDE w:val="0"/>
        <w:autoSpaceDN w:val="0"/>
        <w:spacing w:after="78" w:line="220" w:lineRule="exact"/>
        <w:rPr>
          <w:lang w:val="ru-RU"/>
        </w:rPr>
      </w:pPr>
    </w:p>
    <w:p w:rsidR="00C056D8" w:rsidRPr="008731E0" w:rsidRDefault="00545580">
      <w:pPr>
        <w:autoSpaceDE w:val="0"/>
        <w:autoSpaceDN w:val="0"/>
        <w:spacing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C056D8" w:rsidRPr="008731E0" w:rsidRDefault="00545580">
      <w:pPr>
        <w:autoSpaceDE w:val="0"/>
        <w:autoSpaceDN w:val="0"/>
        <w:spacing w:before="346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C056D8" w:rsidRPr="008731E0" w:rsidRDefault="00545580">
      <w:pPr>
        <w:autoSpaceDE w:val="0"/>
        <w:autoSpaceDN w:val="0"/>
        <w:spacing w:before="262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 И ПРАКТИЧЕСКИХ РАБОТ</w:t>
      </w:r>
    </w:p>
    <w:p w:rsidR="00C056D8" w:rsidRPr="008731E0" w:rsidRDefault="00545580">
      <w:pPr>
        <w:autoSpaceDE w:val="0"/>
        <w:autoSpaceDN w:val="0"/>
        <w:spacing w:before="166" w:after="0" w:line="230" w:lineRule="auto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Классная (магнитная) доска.</w:t>
      </w:r>
    </w:p>
    <w:p w:rsidR="00C056D8" w:rsidRPr="008731E0" w:rsidRDefault="00545580">
      <w:pPr>
        <w:autoSpaceDE w:val="0"/>
        <w:autoSpaceDN w:val="0"/>
        <w:spacing w:before="70" w:after="0" w:line="262" w:lineRule="auto"/>
        <w:ind w:right="7632"/>
        <w:rPr>
          <w:lang w:val="ru-RU"/>
        </w:rPr>
      </w:pP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 xml:space="preserve">Персональный компьютер </w:t>
      </w:r>
      <w:r w:rsidRPr="008731E0">
        <w:rPr>
          <w:lang w:val="ru-RU"/>
        </w:rPr>
        <w:br/>
      </w:r>
      <w:r w:rsidRPr="008731E0">
        <w:rPr>
          <w:rFonts w:ascii="Times New Roman" w:eastAsia="Times New Roman" w:hAnsi="Times New Roman"/>
          <w:color w:val="000000"/>
          <w:sz w:val="24"/>
          <w:lang w:val="ru-RU"/>
        </w:rPr>
        <w:t>Демонстрационная линейка.</w:t>
      </w:r>
    </w:p>
    <w:p w:rsidR="00C056D8" w:rsidRDefault="00545580">
      <w:pPr>
        <w:autoSpaceDE w:val="0"/>
        <w:autoSpaceDN w:val="0"/>
        <w:spacing w:before="70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>Демонстрационный чертёжный треугольник.</w:t>
      </w:r>
    </w:p>
    <w:p w:rsidR="00C056D8" w:rsidRDefault="00545580">
      <w:pPr>
        <w:autoSpaceDE w:val="0"/>
        <w:autoSpaceDN w:val="0"/>
        <w:spacing w:before="70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>Демонстрационный циркуль</w:t>
      </w:r>
    </w:p>
    <w:p w:rsidR="00C056D8" w:rsidRDefault="00C056D8">
      <w:pPr>
        <w:sectPr w:rsidR="00C056D8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45580" w:rsidRDefault="00545580"/>
    <w:sectPr w:rsidR="00545580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874A2"/>
    <w:rsid w:val="0015074B"/>
    <w:rsid w:val="00287161"/>
    <w:rsid w:val="0029639D"/>
    <w:rsid w:val="00326F90"/>
    <w:rsid w:val="00545580"/>
    <w:rsid w:val="008731E0"/>
    <w:rsid w:val="00AA1D8D"/>
    <w:rsid w:val="00B47730"/>
    <w:rsid w:val="00C056D8"/>
    <w:rsid w:val="00C625F8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C62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C625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C62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C625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EB1C0F-A535-4306-99AA-9CFA765ED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7476</Words>
  <Characters>42619</Characters>
  <Application>Microsoft Office Word</Application>
  <DocSecurity>0</DocSecurity>
  <Lines>355</Lines>
  <Paragraphs>99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49996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pk</cp:lastModifiedBy>
  <cp:revision>3</cp:revision>
  <dcterms:created xsi:type="dcterms:W3CDTF">2023-10-30T11:21:00Z</dcterms:created>
  <dcterms:modified xsi:type="dcterms:W3CDTF">2023-10-30T11:22:00Z</dcterms:modified>
</cp:coreProperties>
</file>