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E15" w:rsidRDefault="006C0E15">
      <w:pPr>
        <w:autoSpaceDE w:val="0"/>
        <w:autoSpaceDN w:val="0"/>
        <w:spacing w:after="78" w:line="220" w:lineRule="exact"/>
      </w:pPr>
      <w:bookmarkStart w:id="0" w:name="_GoBack"/>
      <w:bookmarkEnd w:id="0"/>
    </w:p>
    <w:p w:rsidR="006C0E15" w:rsidRPr="009A416F" w:rsidRDefault="00B9390D">
      <w:pPr>
        <w:rPr>
          <w:lang w:val="ru-RU"/>
        </w:rPr>
        <w:sectPr w:rsidR="006C0E15" w:rsidRPr="009A416F" w:rsidSect="00B9390D">
          <w:pgSz w:w="11900" w:h="16840"/>
          <w:pgMar w:top="298" w:right="780" w:bottom="296" w:left="924" w:header="720" w:footer="720" w:gutter="0"/>
          <w:cols w:space="720" w:equalWidth="0">
            <w:col w:w="10196" w:space="0"/>
          </w:cols>
          <w:docGrid w:linePitch="360"/>
        </w:sectPr>
      </w:pPr>
      <w:r>
        <w:rPr>
          <w:noProof/>
          <w:lang w:val="ru-RU" w:eastAsia="ru-RU"/>
        </w:rPr>
        <w:drawing>
          <wp:inline distT="0" distB="0" distL="0" distR="0" wp14:anchorId="7E7A9195" wp14:editId="2E683A5F">
            <wp:extent cx="568388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E15" w:rsidRPr="009A416F" w:rsidRDefault="006C0E15">
      <w:pPr>
        <w:rPr>
          <w:lang w:val="ru-RU"/>
        </w:rPr>
        <w:sectPr w:rsidR="006C0E15" w:rsidRPr="009A416F">
          <w:pgSz w:w="11900" w:h="16840"/>
          <w:pgMar w:top="1440" w:right="1440" w:bottom="1440" w:left="1440" w:header="720" w:footer="720" w:gutter="0"/>
          <w:cols w:space="720" w:equalWidth="0">
            <w:col w:w="10196" w:space="0"/>
          </w:cols>
          <w:docGrid w:linePitch="360"/>
        </w:sectPr>
      </w:pPr>
    </w:p>
    <w:p w:rsidR="006C0E15" w:rsidRPr="009A416F" w:rsidRDefault="006C0E15">
      <w:pPr>
        <w:autoSpaceDE w:val="0"/>
        <w:autoSpaceDN w:val="0"/>
        <w:spacing w:after="78" w:line="220" w:lineRule="exact"/>
        <w:rPr>
          <w:lang w:val="ru-RU"/>
        </w:rPr>
      </w:pPr>
    </w:p>
    <w:p w:rsidR="006C0E15" w:rsidRPr="009A416F" w:rsidRDefault="00AB3EF5">
      <w:pPr>
        <w:autoSpaceDE w:val="0"/>
        <w:autoSpaceDN w:val="0"/>
        <w:spacing w:after="0" w:line="230" w:lineRule="auto"/>
        <w:rPr>
          <w:lang w:val="ru-RU"/>
        </w:rPr>
      </w:pPr>
      <w:r w:rsidRPr="009A416F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:rsidR="006C0E15" w:rsidRPr="009A416F" w:rsidRDefault="00AB3EF5">
      <w:pPr>
        <w:autoSpaceDE w:val="0"/>
        <w:autoSpaceDN w:val="0"/>
        <w:spacing w:before="346" w:after="0" w:line="271" w:lineRule="auto"/>
        <w:ind w:right="288" w:firstLine="180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>Программа по учебному предмету «Окружающий мир» (предметная область «Обществознание и естествознание» («Окружающий мир») включает: пояснительную записку, содержание обучения, планируемые результаты освоения программы учебного предмета, тематическое планирование.</w:t>
      </w:r>
    </w:p>
    <w:p w:rsidR="006C0E15" w:rsidRPr="009A416F" w:rsidRDefault="00AB3EF5">
      <w:pPr>
        <w:autoSpaceDE w:val="0"/>
        <w:autoSpaceDN w:val="0"/>
        <w:spacing w:before="70" w:after="0"/>
        <w:ind w:right="144" w:firstLine="180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Пояснительная записка отражает общие цели и задачи изучения предмета, характеристику психологических предпосылок к его изучению младшими школьниками; место в структуре учебного плана, а также подходы к отбору содержания, планируемым результатам и тематическому </w:t>
      </w:r>
      <w:r w:rsidRPr="009A416F">
        <w:rPr>
          <w:lang w:val="ru-RU"/>
        </w:rPr>
        <w:br/>
      </w: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>планированию.</w:t>
      </w:r>
    </w:p>
    <w:p w:rsidR="006C0E15" w:rsidRPr="009A416F" w:rsidRDefault="00AB3EF5">
      <w:pPr>
        <w:autoSpaceDE w:val="0"/>
        <w:autoSpaceDN w:val="0"/>
        <w:spacing w:before="70" w:after="0" w:line="286" w:lineRule="auto"/>
        <w:ind w:right="144" w:firstLine="180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Содержание обучения раскрывает  содержательные  линии для обязательного изучения во 2 классе начальной школы. Содержание обучения во 2 классе завершатся перечнем универсальных учебных действий (УДД) - познавательных, коммуникативных и регулятивных, которые возможно </w:t>
      </w:r>
      <w:r w:rsidRPr="009A416F">
        <w:rPr>
          <w:lang w:val="ru-RU"/>
        </w:rPr>
        <w:br/>
      </w: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>формировать средствами  учебного  предмета  «Окружающий  мир» с   учётом   возрастных особенностей   младших   школьников. В первом классе предлагается пропедевтический уровень формирования УУД, поскольку становление универсальности действий на этом этапе обучения только начинается. С учётом того, что выполнение правил совместной деятельности строится на интеграции регулятивных (определенные волевые усилия, саморегуляция, самоконтроль, проявление терпения и доброжелательности при налаживании отношений) и коммуникативных (способность вербальными средствами устанавливать взаимоотношения) универсальных учебных действий, их перечень дан в специальном разделе — «Совместная деятельность».</w:t>
      </w:r>
    </w:p>
    <w:p w:rsidR="006C0E15" w:rsidRPr="009A416F" w:rsidRDefault="00AB3EF5">
      <w:pPr>
        <w:tabs>
          <w:tab w:val="left" w:pos="180"/>
        </w:tabs>
        <w:autoSpaceDE w:val="0"/>
        <w:autoSpaceDN w:val="0"/>
        <w:spacing w:before="70" w:after="0" w:line="281" w:lineRule="auto"/>
        <w:rPr>
          <w:lang w:val="ru-RU"/>
        </w:rPr>
      </w:pPr>
      <w:r w:rsidRPr="009A416F">
        <w:rPr>
          <w:lang w:val="ru-RU"/>
        </w:rPr>
        <w:tab/>
      </w: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Планируемые результаты включают личностные, метапредметные результаты за период обучения, а также предметные достижения младшего школьника за второй год обучения в начальной школе. </w:t>
      </w:r>
      <w:r w:rsidRPr="009A416F">
        <w:rPr>
          <w:lang w:val="ru-RU"/>
        </w:rPr>
        <w:tab/>
      </w: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В тематическом планировании описывается программное содержание по всем разделам содержания обучения 2 класса, а также раскрываются методы и формы организации обучения и характеристика деятельностей, которые целесообразно использовать при изучении той или иной программной темы. </w:t>
      </w:r>
      <w:r w:rsidRPr="009A416F">
        <w:rPr>
          <w:lang w:val="ru-RU"/>
        </w:rPr>
        <w:tab/>
      </w: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>Представлены также способы организации дифференцированного обучения.</w:t>
      </w:r>
    </w:p>
    <w:p w:rsidR="006C0E15" w:rsidRPr="009A416F" w:rsidRDefault="00AB3EF5">
      <w:pPr>
        <w:autoSpaceDE w:val="0"/>
        <w:autoSpaceDN w:val="0"/>
        <w:spacing w:before="70" w:after="0" w:line="281" w:lineRule="auto"/>
        <w:ind w:right="432" w:firstLine="180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>Рабочая программа по предмету «Окружающий мир» на уровне 2 класса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начального общего образования, Примерной программы воспитания, а также с учётом историко-культурного стандарта.</w:t>
      </w:r>
    </w:p>
    <w:p w:rsidR="006C0E15" w:rsidRPr="009A416F" w:rsidRDefault="00AB3EF5">
      <w:pPr>
        <w:autoSpaceDE w:val="0"/>
        <w:autoSpaceDN w:val="0"/>
        <w:spacing w:before="72" w:after="0" w:line="271" w:lineRule="auto"/>
        <w:ind w:right="288" w:firstLine="180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>Изучение предмета «Окружающий мир», интегрирующего знания о природе, предметном мире, обществе и взаимодействии людей в нём, соответствует потребностям и интересам детей младшего школьного возраста и направлено на достижение следующих целей:</w:t>
      </w:r>
    </w:p>
    <w:p w:rsidR="006C0E15" w:rsidRPr="009A416F" w:rsidRDefault="00AB3EF5">
      <w:pPr>
        <w:autoSpaceDE w:val="0"/>
        <w:autoSpaceDN w:val="0"/>
        <w:spacing w:before="178" w:after="0"/>
        <w:ind w:left="420" w:right="288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естественнонаучных, обществоведческих, нравственно этических понятий, представленных в содержании данного учебного предмета.</w:t>
      </w:r>
    </w:p>
    <w:p w:rsidR="006C0E15" w:rsidRPr="009A416F" w:rsidRDefault="00AB3EF5">
      <w:pPr>
        <w:autoSpaceDE w:val="0"/>
        <w:autoSpaceDN w:val="0"/>
        <w:spacing w:before="190" w:after="0"/>
        <w:ind w:left="420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>—  Развитие умений  и  навыков  применять  полученные  знания в реальной  учебной  и жизненной  практике,  связанной 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деятельности.</w:t>
      </w:r>
    </w:p>
    <w:p w:rsidR="006C0E15" w:rsidRPr="009A416F" w:rsidRDefault="00AB3EF5">
      <w:pPr>
        <w:autoSpaceDE w:val="0"/>
        <w:autoSpaceDN w:val="0"/>
        <w:spacing w:before="190" w:after="0" w:line="271" w:lineRule="auto"/>
        <w:ind w:left="420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>—  Духовно-нравственное развитие и воспитание личности гражданина России, понимание своей принадлежности к Российскому государству, определённому этносу; проявление уважения к истории, культуре, традициям народов РФ; освоение младшими школьниками мирового</w:t>
      </w:r>
    </w:p>
    <w:p w:rsidR="006C0E15" w:rsidRPr="009A416F" w:rsidRDefault="006C0E15">
      <w:pPr>
        <w:rPr>
          <w:lang w:val="ru-RU"/>
        </w:rPr>
        <w:sectPr w:rsidR="006C0E15" w:rsidRPr="009A416F">
          <w:pgSz w:w="11900" w:h="16840"/>
          <w:pgMar w:top="298" w:right="650" w:bottom="45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C0E15" w:rsidRPr="009A416F" w:rsidRDefault="006C0E15">
      <w:pPr>
        <w:autoSpaceDE w:val="0"/>
        <w:autoSpaceDN w:val="0"/>
        <w:spacing w:after="66" w:line="220" w:lineRule="exact"/>
        <w:rPr>
          <w:lang w:val="ru-RU"/>
        </w:rPr>
      </w:pPr>
    </w:p>
    <w:p w:rsidR="006C0E15" w:rsidRPr="009A416F" w:rsidRDefault="00AB3EF5">
      <w:pPr>
        <w:autoSpaceDE w:val="0"/>
        <w:autoSpaceDN w:val="0"/>
        <w:spacing w:after="0" w:line="262" w:lineRule="auto"/>
        <w:ind w:left="420" w:right="432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>культурного опыта по созданию общечеловеческих ценностей, законов и правил построения взаимоотношений в социуме; обогащение духовного богатства обучающихся.</w:t>
      </w:r>
    </w:p>
    <w:p w:rsidR="006C0E15" w:rsidRPr="009A416F" w:rsidRDefault="00AB3EF5">
      <w:pPr>
        <w:autoSpaceDE w:val="0"/>
        <w:autoSpaceDN w:val="0"/>
        <w:spacing w:before="190" w:after="0" w:line="281" w:lineRule="auto"/>
        <w:ind w:left="420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>— 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становление навыков повседневного проявления культуры общения, гуманного отношения к людям,  уважительного  отношения  к их взглядам, мнению и индивидуальности.</w:t>
      </w:r>
    </w:p>
    <w:p w:rsidR="006C0E15" w:rsidRPr="009A416F" w:rsidRDefault="00AB3EF5">
      <w:pPr>
        <w:autoSpaceDE w:val="0"/>
        <w:autoSpaceDN w:val="0"/>
        <w:spacing w:before="178" w:after="0" w:line="286" w:lineRule="auto"/>
        <w:ind w:firstLine="180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>Центральной идеей конструирования содержания и планируемых результатов обучения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 «Человек и природа»,«Человек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 Отбор содержания курса«Окружающий мир» осуществлён на основе следующих ведущих идей:</w:t>
      </w:r>
    </w:p>
    <w:p w:rsidR="006C0E15" w:rsidRPr="009A416F" w:rsidRDefault="00AB3EF5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раскрытие роли человека в природе и обществе; </w:t>
      </w:r>
    </w:p>
    <w:p w:rsidR="006C0E15" w:rsidRPr="009A416F" w:rsidRDefault="00AB3EF5">
      <w:pPr>
        <w:autoSpaceDE w:val="0"/>
        <w:autoSpaceDN w:val="0"/>
        <w:spacing w:before="190" w:after="0" w:line="271" w:lineRule="auto"/>
        <w:ind w:left="420" w:right="432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>—  освоение общечеловеческих ценностей взаимодействия в системах «Человек и природа»,«Человек и общество», «Человек и другие люди», «Человек и его самость», «Человек и познание».</w:t>
      </w:r>
    </w:p>
    <w:p w:rsidR="006C0E15" w:rsidRPr="009A416F" w:rsidRDefault="00AB3EF5">
      <w:pPr>
        <w:tabs>
          <w:tab w:val="left" w:pos="180"/>
        </w:tabs>
        <w:autoSpaceDE w:val="0"/>
        <w:autoSpaceDN w:val="0"/>
        <w:spacing w:before="178" w:after="0" w:line="262" w:lineRule="auto"/>
        <w:ind w:right="144"/>
        <w:rPr>
          <w:lang w:val="ru-RU"/>
        </w:rPr>
      </w:pPr>
      <w:r w:rsidRPr="009A416F">
        <w:rPr>
          <w:lang w:val="ru-RU"/>
        </w:rPr>
        <w:tab/>
      </w: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>Общее число часов, отведённых на изучение курса «Окружающий мир» во 2 классе, составляет 68 часов (два часа в неделю).</w:t>
      </w:r>
    </w:p>
    <w:p w:rsidR="006C0E15" w:rsidRPr="009A416F" w:rsidRDefault="006C0E15">
      <w:pPr>
        <w:rPr>
          <w:lang w:val="ru-RU"/>
        </w:rPr>
        <w:sectPr w:rsidR="006C0E15" w:rsidRPr="009A416F">
          <w:pgSz w:w="11900" w:h="16840"/>
          <w:pgMar w:top="286" w:right="766" w:bottom="1440" w:left="666" w:header="720" w:footer="720" w:gutter="0"/>
          <w:cols w:space="720" w:equalWidth="0">
            <w:col w:w="10468" w:space="0"/>
          </w:cols>
          <w:docGrid w:linePitch="360"/>
        </w:sectPr>
      </w:pPr>
    </w:p>
    <w:p w:rsidR="006C0E15" w:rsidRPr="009A416F" w:rsidRDefault="006C0E15">
      <w:pPr>
        <w:autoSpaceDE w:val="0"/>
        <w:autoSpaceDN w:val="0"/>
        <w:spacing w:after="78" w:line="220" w:lineRule="exact"/>
        <w:rPr>
          <w:lang w:val="ru-RU"/>
        </w:rPr>
      </w:pPr>
    </w:p>
    <w:p w:rsidR="006C0E15" w:rsidRPr="009A416F" w:rsidRDefault="00AB3EF5">
      <w:pPr>
        <w:autoSpaceDE w:val="0"/>
        <w:autoSpaceDN w:val="0"/>
        <w:spacing w:after="0" w:line="230" w:lineRule="auto"/>
        <w:rPr>
          <w:lang w:val="ru-RU"/>
        </w:rPr>
      </w:pPr>
      <w:r w:rsidRPr="009A416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6C0E15" w:rsidRPr="009A416F" w:rsidRDefault="00AB3EF5">
      <w:pPr>
        <w:tabs>
          <w:tab w:val="left" w:pos="180"/>
        </w:tabs>
        <w:autoSpaceDE w:val="0"/>
        <w:autoSpaceDN w:val="0"/>
        <w:spacing w:before="346" w:after="0" w:line="286" w:lineRule="auto"/>
        <w:rPr>
          <w:lang w:val="ru-RU"/>
        </w:rPr>
      </w:pPr>
      <w:r w:rsidRPr="009A416F">
        <w:rPr>
          <w:lang w:val="ru-RU"/>
        </w:rPr>
        <w:tab/>
      </w:r>
      <w:r w:rsidRPr="009A416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Человек и общество </w:t>
      </w:r>
      <w:r w:rsidRPr="009A416F">
        <w:rPr>
          <w:lang w:val="ru-RU"/>
        </w:rPr>
        <w:br/>
      </w:r>
      <w:r w:rsidRPr="009A416F">
        <w:rPr>
          <w:lang w:val="ru-RU"/>
        </w:rPr>
        <w:tab/>
      </w: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>Наша Родина  —  Россия,  Российская  Федерация  Россия  и её столица на карте. Государственные символы  России.  Москва — столица России. Святыни Москвы — святыни России: Кремль, Красная площадь, Большой театр и др.  Характеристика отдельных исторических событий, связанных с Москвой (основание Москвы, строительство Кремля и др.). Герб  Москвы.  Расположение  Москвы на  карте.  Города  России.  Россия —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 Свой регион и его главный город на карте; символика своего региона.</w:t>
      </w:r>
    </w:p>
    <w:p w:rsidR="006C0E15" w:rsidRPr="009A416F" w:rsidRDefault="00AB3EF5">
      <w:pPr>
        <w:autoSpaceDE w:val="0"/>
        <w:autoSpaceDN w:val="0"/>
        <w:spacing w:before="72" w:after="0" w:line="262" w:lineRule="auto"/>
        <w:ind w:right="864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>Хозяйственные занятия, профессии жителей родного края. Значение труда в жизни человека и общества.</w:t>
      </w:r>
    </w:p>
    <w:p w:rsidR="006C0E15" w:rsidRPr="009A416F" w:rsidRDefault="00AB3EF5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9A416F">
        <w:rPr>
          <w:lang w:val="ru-RU"/>
        </w:rPr>
        <w:tab/>
      </w: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6C0E15" w:rsidRPr="009A416F" w:rsidRDefault="00AB3EF5">
      <w:pPr>
        <w:autoSpaceDE w:val="0"/>
        <w:autoSpaceDN w:val="0"/>
        <w:spacing w:before="70" w:after="0" w:line="271" w:lineRule="auto"/>
        <w:ind w:right="432" w:firstLine="180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— главные правила взаимоотношений членов общества.</w:t>
      </w:r>
    </w:p>
    <w:p w:rsidR="006C0E15" w:rsidRPr="009A416F" w:rsidRDefault="00AB3EF5">
      <w:pPr>
        <w:tabs>
          <w:tab w:val="left" w:pos="180"/>
        </w:tabs>
        <w:autoSpaceDE w:val="0"/>
        <w:autoSpaceDN w:val="0"/>
        <w:spacing w:before="70" w:after="0" w:line="271" w:lineRule="auto"/>
        <w:ind w:right="720"/>
        <w:rPr>
          <w:lang w:val="ru-RU"/>
        </w:rPr>
      </w:pPr>
      <w:r w:rsidRPr="009A416F">
        <w:rPr>
          <w:lang w:val="ru-RU"/>
        </w:rPr>
        <w:tab/>
      </w:r>
      <w:r w:rsidRPr="009A416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Человек и природа </w:t>
      </w:r>
      <w:r w:rsidRPr="009A416F">
        <w:rPr>
          <w:lang w:val="ru-RU"/>
        </w:rPr>
        <w:br/>
      </w:r>
      <w:r w:rsidRPr="009A416F">
        <w:rPr>
          <w:lang w:val="ru-RU"/>
        </w:rPr>
        <w:tab/>
      </w: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>Методы познания природы: наблюдения, опыты, измерения. Звёзды и созвездия, наблюдения звёздного неба. Планеты. Чем Земля отличается от других планет; условия жизни на Земле.</w:t>
      </w:r>
    </w:p>
    <w:p w:rsidR="006C0E15" w:rsidRPr="009A416F" w:rsidRDefault="00AB3EF5">
      <w:pPr>
        <w:autoSpaceDE w:val="0"/>
        <w:autoSpaceDN w:val="0"/>
        <w:spacing w:before="70" w:after="0" w:line="271" w:lineRule="auto"/>
        <w:ind w:right="288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>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6C0E15" w:rsidRPr="009A416F" w:rsidRDefault="00AB3EF5">
      <w:pPr>
        <w:autoSpaceDE w:val="0"/>
        <w:autoSpaceDN w:val="0"/>
        <w:spacing w:before="70" w:after="0"/>
        <w:ind w:firstLine="180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>Многообразие растений. Деревья, кустарники, травы. Дикорастущие и культурные растения.   Связи в природе.  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6C0E15" w:rsidRPr="009A416F" w:rsidRDefault="00AB3EF5">
      <w:pPr>
        <w:autoSpaceDE w:val="0"/>
        <w:autoSpaceDN w:val="0"/>
        <w:spacing w:before="70" w:after="0" w:line="230" w:lineRule="auto"/>
        <w:jc w:val="center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>Красная книга России, её значение, отдельные представители растений и животных Красной книги.</w:t>
      </w:r>
    </w:p>
    <w:p w:rsidR="006C0E15" w:rsidRPr="009A416F" w:rsidRDefault="00AB3EF5">
      <w:pPr>
        <w:autoSpaceDE w:val="0"/>
        <w:autoSpaceDN w:val="0"/>
        <w:spacing w:before="70" w:after="0" w:line="230" w:lineRule="auto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>Заповедники, природные парки. Охрана природы. Правила нравственного поведения на природе.</w:t>
      </w:r>
    </w:p>
    <w:p w:rsidR="006C0E15" w:rsidRPr="009A416F" w:rsidRDefault="00AB3EF5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9A416F">
        <w:rPr>
          <w:lang w:val="ru-RU"/>
        </w:rPr>
        <w:tab/>
      </w:r>
      <w:r w:rsidRPr="009A416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Правила безопасной жизни </w:t>
      </w:r>
      <w:r w:rsidRPr="009A416F">
        <w:rPr>
          <w:lang w:val="ru-RU"/>
        </w:rPr>
        <w:br/>
      </w:r>
      <w:r w:rsidRPr="009A416F">
        <w:rPr>
          <w:lang w:val="ru-RU"/>
        </w:rPr>
        <w:tab/>
      </w: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 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 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6C0E15" w:rsidRPr="009A416F" w:rsidRDefault="00AB3EF5">
      <w:pPr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>Правила поведения при пользовании компьютером. Безопасность в Интернете (коммуникация в мессенджерах и социальных группах) в условиях контролируемого доступа в Интернет.</w:t>
      </w:r>
    </w:p>
    <w:p w:rsidR="006C0E15" w:rsidRPr="009A416F" w:rsidRDefault="00AB3EF5">
      <w:pPr>
        <w:autoSpaceDE w:val="0"/>
        <w:autoSpaceDN w:val="0"/>
        <w:spacing w:before="190" w:after="0" w:line="262" w:lineRule="auto"/>
        <w:ind w:left="180" w:right="3456"/>
        <w:rPr>
          <w:lang w:val="ru-RU"/>
        </w:rPr>
      </w:pPr>
      <w:r w:rsidRPr="009A416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Универсальные учебные действия (пропедевтический уровень) </w:t>
      </w:r>
      <w:r w:rsidRPr="009A416F">
        <w:rPr>
          <w:rFonts w:ascii="Times New Roman" w:eastAsia="Times New Roman" w:hAnsi="Times New Roman"/>
          <w:i/>
          <w:color w:val="000000"/>
          <w:sz w:val="24"/>
          <w:lang w:val="ru-RU"/>
        </w:rPr>
        <w:t>Познавательные универсальные учебные действия:</w:t>
      </w:r>
    </w:p>
    <w:p w:rsidR="006C0E15" w:rsidRPr="009A416F" w:rsidRDefault="00AB3EF5">
      <w:pPr>
        <w:autoSpaceDE w:val="0"/>
        <w:autoSpaceDN w:val="0"/>
        <w:spacing w:before="178" w:after="0" w:line="230" w:lineRule="auto"/>
        <w:jc w:val="center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ориентироваться в методах познания природы (наблюдение, опыт, сравнение, измерение); </w:t>
      </w:r>
    </w:p>
    <w:p w:rsidR="006C0E15" w:rsidRPr="009A416F" w:rsidRDefault="00AB3EF5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 основе наблюдения определять состояние вещества (жидкое, твёрдое, газообразное); </w:t>
      </w:r>
    </w:p>
    <w:p w:rsidR="006C0E15" w:rsidRPr="009A416F" w:rsidRDefault="00AB3EF5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различать символы РФ; </w:t>
      </w:r>
    </w:p>
    <w:p w:rsidR="006C0E15" w:rsidRPr="009A416F" w:rsidRDefault="00AB3EF5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различать деревья, кустарники, травы; приводить примеры (в пределах изученного); </w:t>
      </w:r>
    </w:p>
    <w:p w:rsidR="006C0E15" w:rsidRPr="009A416F" w:rsidRDefault="006C0E15">
      <w:pPr>
        <w:rPr>
          <w:lang w:val="ru-RU"/>
        </w:rPr>
        <w:sectPr w:rsidR="006C0E15" w:rsidRPr="009A416F">
          <w:pgSz w:w="11900" w:h="16840"/>
          <w:pgMar w:top="298" w:right="650" w:bottom="33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C0E15" w:rsidRPr="009A416F" w:rsidRDefault="006C0E15">
      <w:pPr>
        <w:autoSpaceDE w:val="0"/>
        <w:autoSpaceDN w:val="0"/>
        <w:spacing w:after="114" w:line="220" w:lineRule="exact"/>
        <w:rPr>
          <w:lang w:val="ru-RU"/>
        </w:rPr>
      </w:pPr>
    </w:p>
    <w:p w:rsidR="006C0E15" w:rsidRPr="009A416F" w:rsidRDefault="00AB3EF5">
      <w:pPr>
        <w:autoSpaceDE w:val="0"/>
        <w:autoSpaceDN w:val="0"/>
        <w:spacing w:after="0" w:line="262" w:lineRule="auto"/>
        <w:ind w:left="420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группировать растения: дикорастущие и культурные; лекарственные и ядовитые (в пределах изученного); </w:t>
      </w:r>
    </w:p>
    <w:p w:rsidR="006C0E15" w:rsidRPr="009A416F" w:rsidRDefault="00AB3EF5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>—  различать прошлое, настоящее, будущее.</w:t>
      </w:r>
    </w:p>
    <w:p w:rsidR="006C0E15" w:rsidRPr="009A416F" w:rsidRDefault="00AB3EF5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9A416F">
        <w:rPr>
          <w:rFonts w:ascii="Times New Roman" w:eastAsia="Times New Roman" w:hAnsi="Times New Roman"/>
          <w:i/>
          <w:color w:val="000000"/>
          <w:sz w:val="24"/>
          <w:lang w:val="ru-RU"/>
        </w:rPr>
        <w:t>Работа с информацией:</w:t>
      </w:r>
    </w:p>
    <w:p w:rsidR="006C0E15" w:rsidRPr="009A416F" w:rsidRDefault="00AB3EF5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различать информацию, представленную в тексте, графически, аудиовизуально; </w:t>
      </w:r>
    </w:p>
    <w:p w:rsidR="006C0E15" w:rsidRPr="009A416F" w:rsidRDefault="00AB3EF5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читать информацию, представленную в схеме, таблице; </w:t>
      </w:r>
    </w:p>
    <w:p w:rsidR="006C0E15" w:rsidRPr="009A416F" w:rsidRDefault="00AB3EF5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используя текстовую информацию, заполнять таблицы; дополнять схемы; </w:t>
      </w:r>
    </w:p>
    <w:p w:rsidR="006C0E15" w:rsidRPr="009A416F" w:rsidRDefault="00AB3EF5">
      <w:pPr>
        <w:autoSpaceDE w:val="0"/>
        <w:autoSpaceDN w:val="0"/>
        <w:spacing w:before="192" w:after="0" w:line="230" w:lineRule="auto"/>
        <w:ind w:left="420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>—  соотносить пример (рисунок, предложенную ситуацию) со временем протекания.</w:t>
      </w:r>
    </w:p>
    <w:p w:rsidR="006C0E15" w:rsidRPr="009A416F" w:rsidRDefault="00AB3EF5">
      <w:pPr>
        <w:autoSpaceDE w:val="0"/>
        <w:autoSpaceDN w:val="0"/>
        <w:spacing w:before="180" w:after="0" w:line="262" w:lineRule="auto"/>
        <w:ind w:left="180" w:right="1296"/>
        <w:rPr>
          <w:lang w:val="ru-RU"/>
        </w:rPr>
      </w:pPr>
      <w:r w:rsidRPr="009A416F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Коммуникативные универсальные учебные действия: </w:t>
      </w:r>
      <w:r w:rsidRPr="009A416F">
        <w:rPr>
          <w:lang w:val="ru-RU"/>
        </w:rPr>
        <w:br/>
      </w: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>1. ориентироваться в терминах (понятиях), соотносить их с краткой характеристикой:</w:t>
      </w:r>
    </w:p>
    <w:p w:rsidR="006C0E15" w:rsidRPr="009A416F" w:rsidRDefault="00AB3EF5">
      <w:pPr>
        <w:autoSpaceDE w:val="0"/>
        <w:autoSpaceDN w:val="0"/>
        <w:spacing w:before="178" w:after="0" w:line="271" w:lineRule="auto"/>
        <w:ind w:left="420" w:right="288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</w:p>
    <w:p w:rsidR="006C0E15" w:rsidRPr="009A416F" w:rsidRDefault="00AB3EF5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понятия и термины, связанные с миром природы (среда обитания, тело, явление, вещество; заповедник); </w:t>
      </w:r>
    </w:p>
    <w:p w:rsidR="006C0E15" w:rsidRPr="009A416F" w:rsidRDefault="00AB3EF5">
      <w:pPr>
        <w:autoSpaceDE w:val="0"/>
        <w:autoSpaceDN w:val="0"/>
        <w:spacing w:before="190" w:after="0" w:line="262" w:lineRule="auto"/>
        <w:ind w:left="420" w:right="576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>—  понятия и термины, связанные с организацией своей жизни и охраны здоровья (режим, правильное питание, закаливание, безопасность, опасная ситуация);</w:t>
      </w:r>
    </w:p>
    <w:p w:rsidR="006C0E15" w:rsidRPr="009A416F" w:rsidRDefault="00AB3EF5">
      <w:pPr>
        <w:tabs>
          <w:tab w:val="left" w:pos="180"/>
        </w:tabs>
        <w:autoSpaceDE w:val="0"/>
        <w:autoSpaceDN w:val="0"/>
        <w:spacing w:before="178" w:after="0" w:line="286" w:lineRule="auto"/>
        <w:rPr>
          <w:lang w:val="ru-RU"/>
        </w:rPr>
      </w:pPr>
      <w:r w:rsidRPr="009A416F">
        <w:rPr>
          <w:lang w:val="ru-RU"/>
        </w:rPr>
        <w:tab/>
      </w: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2. описывать условия жизни на Земле, отличие нашей планеты от других планет Солнечной системы; </w:t>
      </w:r>
      <w:r w:rsidRPr="009A416F">
        <w:rPr>
          <w:lang w:val="ru-RU"/>
        </w:rPr>
        <w:br/>
      </w:r>
      <w:r w:rsidRPr="009A416F">
        <w:rPr>
          <w:lang w:val="ru-RU"/>
        </w:rPr>
        <w:tab/>
      </w: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3. создавать небольшие описания на предложенную тему (например, «Моя семья», «Какие бывают профессии?», «Что «умеют» органы чувств?», «Лес — природное сообщество» и др.); </w:t>
      </w:r>
      <w:r w:rsidRPr="009A416F">
        <w:rPr>
          <w:lang w:val="ru-RU"/>
        </w:rPr>
        <w:br/>
      </w:r>
      <w:r w:rsidRPr="009A416F">
        <w:rPr>
          <w:lang w:val="ru-RU"/>
        </w:rPr>
        <w:tab/>
      </w: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4. 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 </w:t>
      </w:r>
      <w:r w:rsidRPr="009A416F">
        <w:rPr>
          <w:lang w:val="ru-RU"/>
        </w:rPr>
        <w:br/>
      </w:r>
      <w:r w:rsidRPr="009A416F">
        <w:rPr>
          <w:lang w:val="ru-RU"/>
        </w:rPr>
        <w:tab/>
      </w: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5. приводить примеры растений и животных, занесённых в Красную книгу России (на примере своей местности); </w:t>
      </w:r>
      <w:r w:rsidRPr="009A416F">
        <w:rPr>
          <w:lang w:val="ru-RU"/>
        </w:rPr>
        <w:br/>
      </w:r>
      <w:r w:rsidRPr="009A416F">
        <w:rPr>
          <w:lang w:val="ru-RU"/>
        </w:rPr>
        <w:tab/>
      </w: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>6. описывать современные события от имени их участника.</w:t>
      </w:r>
    </w:p>
    <w:p w:rsidR="006C0E15" w:rsidRPr="009A416F" w:rsidRDefault="00AB3EF5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9A416F">
        <w:rPr>
          <w:rFonts w:ascii="Times New Roman" w:eastAsia="Times New Roman" w:hAnsi="Times New Roman"/>
          <w:i/>
          <w:color w:val="000000"/>
          <w:sz w:val="24"/>
          <w:lang w:val="ru-RU"/>
        </w:rPr>
        <w:t>Регулятивные универсальные учебные действия:</w:t>
      </w:r>
    </w:p>
    <w:p w:rsidR="006C0E15" w:rsidRPr="009A416F" w:rsidRDefault="00AB3EF5">
      <w:pPr>
        <w:autoSpaceDE w:val="0"/>
        <w:autoSpaceDN w:val="0"/>
        <w:spacing w:before="180" w:after="0" w:line="230" w:lineRule="auto"/>
        <w:ind w:left="420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>—  следовать образцу, предложенному плану и инструкции при решении учебной задачи;</w:t>
      </w:r>
    </w:p>
    <w:p w:rsidR="006C0E15" w:rsidRPr="009A416F" w:rsidRDefault="00AB3EF5">
      <w:pPr>
        <w:autoSpaceDE w:val="0"/>
        <w:autoSpaceDN w:val="0"/>
        <w:spacing w:before="192" w:after="0" w:line="262" w:lineRule="auto"/>
        <w:ind w:left="420" w:right="144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контролировать с небольшой помощью учителя последовательность действий по решению учебной задачи; </w:t>
      </w:r>
    </w:p>
    <w:p w:rsidR="006C0E15" w:rsidRPr="009A416F" w:rsidRDefault="00AB3EF5">
      <w:pPr>
        <w:autoSpaceDE w:val="0"/>
        <w:autoSpaceDN w:val="0"/>
        <w:spacing w:before="190" w:after="0" w:line="262" w:lineRule="auto"/>
        <w:ind w:left="420" w:right="576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>—  оценивать результаты своей работы, анализировать оценку учителя и одноклассников, спокойно, без обид принимать советы и замечания.</w:t>
      </w:r>
    </w:p>
    <w:p w:rsidR="006C0E15" w:rsidRPr="009A416F" w:rsidRDefault="00AB3EF5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9A416F">
        <w:rPr>
          <w:rFonts w:ascii="Times New Roman" w:eastAsia="Times New Roman" w:hAnsi="Times New Roman"/>
          <w:i/>
          <w:color w:val="000000"/>
          <w:sz w:val="24"/>
          <w:lang w:val="ru-RU"/>
        </w:rPr>
        <w:t>Совместная деятельность:</w:t>
      </w:r>
    </w:p>
    <w:p w:rsidR="006C0E15" w:rsidRPr="009A416F" w:rsidRDefault="00AB3EF5">
      <w:pPr>
        <w:autoSpaceDE w:val="0"/>
        <w:autoSpaceDN w:val="0"/>
        <w:spacing w:before="178" w:after="0" w:line="262" w:lineRule="auto"/>
        <w:ind w:left="420" w:right="720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строить свою учебную и игровую деятельность, житейские ситуации в соответствии с правилами поведения, принятыми в обществе; </w:t>
      </w:r>
    </w:p>
    <w:p w:rsidR="006C0E15" w:rsidRPr="009A416F" w:rsidRDefault="00AB3EF5">
      <w:pPr>
        <w:autoSpaceDE w:val="0"/>
        <w:autoSpaceDN w:val="0"/>
        <w:spacing w:before="190" w:after="0" w:line="262" w:lineRule="auto"/>
        <w:ind w:left="420" w:right="720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6C0E15" w:rsidRPr="009A416F" w:rsidRDefault="00AB3EF5">
      <w:pPr>
        <w:autoSpaceDE w:val="0"/>
        <w:autoSpaceDN w:val="0"/>
        <w:spacing w:before="190" w:after="0" w:line="271" w:lineRule="auto"/>
        <w:ind w:left="420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:rsidR="006C0E15" w:rsidRPr="009A416F" w:rsidRDefault="006C0E15">
      <w:pPr>
        <w:rPr>
          <w:lang w:val="ru-RU"/>
        </w:rPr>
        <w:sectPr w:rsidR="006C0E15" w:rsidRPr="009A416F">
          <w:pgSz w:w="11900" w:h="16840"/>
          <w:pgMar w:top="334" w:right="878" w:bottom="308" w:left="666" w:header="720" w:footer="720" w:gutter="0"/>
          <w:cols w:space="720" w:equalWidth="0">
            <w:col w:w="10356" w:space="0"/>
          </w:cols>
          <w:docGrid w:linePitch="360"/>
        </w:sectPr>
      </w:pPr>
    </w:p>
    <w:p w:rsidR="006C0E15" w:rsidRPr="009A416F" w:rsidRDefault="006C0E15">
      <w:pPr>
        <w:autoSpaceDE w:val="0"/>
        <w:autoSpaceDN w:val="0"/>
        <w:spacing w:after="138" w:line="220" w:lineRule="exact"/>
        <w:rPr>
          <w:lang w:val="ru-RU"/>
        </w:rPr>
      </w:pPr>
    </w:p>
    <w:p w:rsidR="006C0E15" w:rsidRPr="009A416F" w:rsidRDefault="00AB3EF5">
      <w:pPr>
        <w:autoSpaceDE w:val="0"/>
        <w:autoSpaceDN w:val="0"/>
        <w:spacing w:after="0" w:line="262" w:lineRule="auto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>—  определять причины возможных конфликтов, выбирать (из предложенных) способы их разрешения.</w:t>
      </w:r>
    </w:p>
    <w:p w:rsidR="006C0E15" w:rsidRPr="009A416F" w:rsidRDefault="006C0E15">
      <w:pPr>
        <w:rPr>
          <w:lang w:val="ru-RU"/>
        </w:rPr>
        <w:sectPr w:rsidR="006C0E15" w:rsidRPr="009A416F">
          <w:pgSz w:w="11900" w:h="16840"/>
          <w:pgMar w:top="358" w:right="1440" w:bottom="1440" w:left="1086" w:header="720" w:footer="720" w:gutter="0"/>
          <w:cols w:space="720" w:equalWidth="0">
            <w:col w:w="9374" w:space="0"/>
          </w:cols>
          <w:docGrid w:linePitch="360"/>
        </w:sectPr>
      </w:pPr>
    </w:p>
    <w:p w:rsidR="006C0E15" w:rsidRPr="009A416F" w:rsidRDefault="006C0E15">
      <w:pPr>
        <w:autoSpaceDE w:val="0"/>
        <w:autoSpaceDN w:val="0"/>
        <w:spacing w:after="78" w:line="220" w:lineRule="exact"/>
        <w:rPr>
          <w:lang w:val="ru-RU"/>
        </w:rPr>
      </w:pPr>
    </w:p>
    <w:p w:rsidR="006C0E15" w:rsidRPr="009A416F" w:rsidRDefault="00AB3EF5">
      <w:pPr>
        <w:autoSpaceDE w:val="0"/>
        <w:autoSpaceDN w:val="0"/>
        <w:spacing w:after="0" w:line="230" w:lineRule="auto"/>
        <w:rPr>
          <w:lang w:val="ru-RU"/>
        </w:rPr>
      </w:pPr>
      <w:r w:rsidRPr="009A416F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:rsidR="006C0E15" w:rsidRPr="009A416F" w:rsidRDefault="00AB3EF5">
      <w:pPr>
        <w:tabs>
          <w:tab w:val="left" w:pos="180"/>
        </w:tabs>
        <w:autoSpaceDE w:val="0"/>
        <w:autoSpaceDN w:val="0"/>
        <w:spacing w:before="346" w:after="0" w:line="262" w:lineRule="auto"/>
        <w:ind w:right="720"/>
        <w:rPr>
          <w:lang w:val="ru-RU"/>
        </w:rPr>
      </w:pPr>
      <w:r w:rsidRPr="009A416F">
        <w:rPr>
          <w:lang w:val="ru-RU"/>
        </w:rPr>
        <w:tab/>
      </w: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>Изучение предмета "Окружающий мир" в 2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6C0E15" w:rsidRPr="009A416F" w:rsidRDefault="00AB3EF5">
      <w:pPr>
        <w:autoSpaceDE w:val="0"/>
        <w:autoSpaceDN w:val="0"/>
        <w:spacing w:before="226" w:after="0" w:line="230" w:lineRule="auto"/>
        <w:rPr>
          <w:lang w:val="ru-RU"/>
        </w:rPr>
      </w:pPr>
      <w:r w:rsidRPr="009A416F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6C0E15" w:rsidRPr="009A416F" w:rsidRDefault="00AB3EF5">
      <w:pPr>
        <w:tabs>
          <w:tab w:val="left" w:pos="180"/>
        </w:tabs>
        <w:autoSpaceDE w:val="0"/>
        <w:autoSpaceDN w:val="0"/>
        <w:spacing w:before="346" w:after="0" w:line="281" w:lineRule="auto"/>
        <w:ind w:right="720"/>
        <w:rPr>
          <w:lang w:val="ru-RU"/>
        </w:rPr>
      </w:pPr>
      <w:r w:rsidRPr="009A416F">
        <w:rPr>
          <w:lang w:val="ru-RU"/>
        </w:rPr>
        <w:tab/>
      </w: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 </w:t>
      </w:r>
      <w:r w:rsidRPr="009A416F">
        <w:rPr>
          <w:lang w:val="ru-RU"/>
        </w:rPr>
        <w:br/>
      </w:r>
      <w:r w:rsidRPr="009A416F">
        <w:rPr>
          <w:lang w:val="ru-RU"/>
        </w:rPr>
        <w:tab/>
      </w:r>
      <w:r w:rsidRPr="009A416F">
        <w:rPr>
          <w:rFonts w:ascii="Times New Roman" w:eastAsia="Times New Roman" w:hAnsi="Times New Roman"/>
          <w:b/>
          <w:color w:val="000000"/>
          <w:sz w:val="24"/>
          <w:lang w:val="ru-RU"/>
        </w:rPr>
        <w:t>Гражданско-патриотического воспитания:</w:t>
      </w:r>
    </w:p>
    <w:p w:rsidR="006C0E15" w:rsidRPr="009A416F" w:rsidRDefault="00AB3EF5">
      <w:pPr>
        <w:autoSpaceDE w:val="0"/>
        <w:autoSpaceDN w:val="0"/>
        <w:spacing w:before="180" w:after="0" w:line="262" w:lineRule="auto"/>
        <w:ind w:left="420" w:right="720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становление ценностного отношения к своей Родине — России; понимание особой роли многонациональной России в современном мире; </w:t>
      </w:r>
    </w:p>
    <w:p w:rsidR="006C0E15" w:rsidRPr="009A416F" w:rsidRDefault="00AB3EF5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6C0E15" w:rsidRPr="009A416F" w:rsidRDefault="00AB3EF5">
      <w:pPr>
        <w:autoSpaceDE w:val="0"/>
        <w:autoSpaceDN w:val="0"/>
        <w:spacing w:before="190" w:after="0" w:line="271" w:lineRule="auto"/>
        <w:ind w:left="420" w:right="144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сопричастность к прошлому, настоящему и будущему своей страны и родного края; проявление интереса к истории и многонациональной культуре своей страны, уважения к своему и другим народам; </w:t>
      </w:r>
    </w:p>
    <w:p w:rsidR="006C0E15" w:rsidRPr="009A416F" w:rsidRDefault="00AB3EF5">
      <w:pPr>
        <w:autoSpaceDE w:val="0"/>
        <w:autoSpaceDN w:val="0"/>
        <w:spacing w:before="190" w:after="0" w:line="262" w:lineRule="auto"/>
        <w:ind w:left="420" w:right="1440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>—  первоначальные представления о человеке как члене общества, осознание прав и ответственности человека как члена общества.</w:t>
      </w:r>
    </w:p>
    <w:p w:rsidR="006C0E15" w:rsidRPr="009A416F" w:rsidRDefault="00AB3EF5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9A416F">
        <w:rPr>
          <w:rFonts w:ascii="Times New Roman" w:eastAsia="Times New Roman" w:hAnsi="Times New Roman"/>
          <w:b/>
          <w:color w:val="000000"/>
          <w:sz w:val="24"/>
          <w:lang w:val="ru-RU"/>
        </w:rPr>
        <w:t>Духовно-нравственного воспитания:</w:t>
      </w:r>
    </w:p>
    <w:p w:rsidR="006C0E15" w:rsidRPr="009A416F" w:rsidRDefault="00AB3EF5">
      <w:pPr>
        <w:autoSpaceDE w:val="0"/>
        <w:autoSpaceDN w:val="0"/>
        <w:spacing w:before="178" w:after="0" w:line="262" w:lineRule="auto"/>
        <w:ind w:left="420" w:right="144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проявление культуры общения, уважительного отношения к людям, их взглядам, признанию их индивидуальности; </w:t>
      </w:r>
    </w:p>
    <w:p w:rsidR="006C0E15" w:rsidRPr="009A416F" w:rsidRDefault="00AB3EF5">
      <w:pPr>
        <w:autoSpaceDE w:val="0"/>
        <w:autoSpaceDN w:val="0"/>
        <w:spacing w:before="190" w:after="0" w:line="271" w:lineRule="auto"/>
        <w:ind w:left="420" w:right="864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6C0E15" w:rsidRPr="009A416F" w:rsidRDefault="00AB3EF5">
      <w:pPr>
        <w:autoSpaceDE w:val="0"/>
        <w:autoSpaceDN w:val="0"/>
        <w:spacing w:before="190" w:after="0" w:line="271" w:lineRule="auto"/>
        <w:ind w:left="420" w:right="576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>—  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</w:t>
      </w:r>
    </w:p>
    <w:p w:rsidR="006C0E15" w:rsidRPr="009A416F" w:rsidRDefault="00AB3EF5">
      <w:pPr>
        <w:autoSpaceDE w:val="0"/>
        <w:autoSpaceDN w:val="0"/>
        <w:spacing w:before="180" w:after="0" w:line="230" w:lineRule="auto"/>
        <w:ind w:left="180"/>
        <w:rPr>
          <w:lang w:val="ru-RU"/>
        </w:rPr>
      </w:pPr>
      <w:r w:rsidRPr="009A416F">
        <w:rPr>
          <w:rFonts w:ascii="Times New Roman" w:eastAsia="Times New Roman" w:hAnsi="Times New Roman"/>
          <w:b/>
          <w:color w:val="000000"/>
          <w:sz w:val="24"/>
          <w:lang w:val="ru-RU"/>
        </w:rPr>
        <w:t>Эстетического воспитания:</w:t>
      </w:r>
    </w:p>
    <w:p w:rsidR="006C0E15" w:rsidRPr="009A416F" w:rsidRDefault="00AB3EF5">
      <w:pPr>
        <w:autoSpaceDE w:val="0"/>
        <w:autoSpaceDN w:val="0"/>
        <w:spacing w:before="178" w:after="0" w:line="271" w:lineRule="auto"/>
        <w:ind w:left="420" w:right="144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:rsidR="006C0E15" w:rsidRPr="009A416F" w:rsidRDefault="00AB3EF5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>—  использование полученных знаний в продуктивной и преобразующей деятельности, в разных видах художественной деятельности.</w:t>
      </w:r>
    </w:p>
    <w:p w:rsidR="006C0E15" w:rsidRPr="009A416F" w:rsidRDefault="00AB3EF5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9A416F">
        <w:rPr>
          <w:rFonts w:ascii="Times New Roman" w:eastAsia="Times New Roman" w:hAnsi="Times New Roman"/>
          <w:b/>
          <w:color w:val="000000"/>
          <w:sz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6C0E15" w:rsidRPr="009A416F" w:rsidRDefault="00AB3EF5">
      <w:pPr>
        <w:autoSpaceDE w:val="0"/>
        <w:autoSpaceDN w:val="0"/>
        <w:spacing w:before="178" w:after="0" w:line="271" w:lineRule="auto"/>
        <w:ind w:left="420" w:right="288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</w:t>
      </w:r>
      <w:r w:rsidRPr="009A416F">
        <w:rPr>
          <w:lang w:val="ru-RU"/>
        </w:rPr>
        <w:br/>
      </w: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информационной); </w:t>
      </w:r>
    </w:p>
    <w:p w:rsidR="006C0E15" w:rsidRPr="009A416F" w:rsidRDefault="00AB3EF5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>—  приобретение опыта эмоционального отношения к среде обитания, бережное отношение к физическому и психическому здоровью.</w:t>
      </w:r>
    </w:p>
    <w:p w:rsidR="006C0E15" w:rsidRPr="009A416F" w:rsidRDefault="006C0E15">
      <w:pPr>
        <w:rPr>
          <w:lang w:val="ru-RU"/>
        </w:rPr>
        <w:sectPr w:rsidR="006C0E15" w:rsidRPr="009A416F">
          <w:pgSz w:w="11900" w:h="16840"/>
          <w:pgMar w:top="298" w:right="648" w:bottom="450" w:left="666" w:header="720" w:footer="720" w:gutter="0"/>
          <w:cols w:space="720" w:equalWidth="0">
            <w:col w:w="10586" w:space="0"/>
          </w:cols>
          <w:docGrid w:linePitch="360"/>
        </w:sectPr>
      </w:pPr>
    </w:p>
    <w:p w:rsidR="006C0E15" w:rsidRPr="009A416F" w:rsidRDefault="006C0E15">
      <w:pPr>
        <w:autoSpaceDE w:val="0"/>
        <w:autoSpaceDN w:val="0"/>
        <w:spacing w:after="78" w:line="220" w:lineRule="exact"/>
        <w:rPr>
          <w:lang w:val="ru-RU"/>
        </w:rPr>
      </w:pPr>
    </w:p>
    <w:p w:rsidR="006C0E15" w:rsidRPr="009A416F" w:rsidRDefault="00AB3EF5">
      <w:pPr>
        <w:autoSpaceDE w:val="0"/>
        <w:autoSpaceDN w:val="0"/>
        <w:spacing w:after="0" w:line="230" w:lineRule="auto"/>
        <w:ind w:left="180"/>
        <w:rPr>
          <w:lang w:val="ru-RU"/>
        </w:rPr>
      </w:pPr>
      <w:r w:rsidRPr="009A416F">
        <w:rPr>
          <w:rFonts w:ascii="Times New Roman" w:eastAsia="Times New Roman" w:hAnsi="Times New Roman"/>
          <w:b/>
          <w:color w:val="000000"/>
          <w:sz w:val="24"/>
          <w:lang w:val="ru-RU"/>
        </w:rPr>
        <w:t>Трудового воспитания:</w:t>
      </w:r>
    </w:p>
    <w:p w:rsidR="006C0E15" w:rsidRPr="009A416F" w:rsidRDefault="00AB3EF5">
      <w:pPr>
        <w:autoSpaceDE w:val="0"/>
        <w:autoSpaceDN w:val="0"/>
        <w:spacing w:before="178" w:after="0" w:line="271" w:lineRule="auto"/>
        <w:ind w:left="420" w:right="576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>—  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6C0E15" w:rsidRPr="009A416F" w:rsidRDefault="00AB3EF5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9A416F">
        <w:rPr>
          <w:rFonts w:ascii="Times New Roman" w:eastAsia="Times New Roman" w:hAnsi="Times New Roman"/>
          <w:b/>
          <w:color w:val="000000"/>
          <w:sz w:val="24"/>
          <w:lang w:val="ru-RU"/>
        </w:rPr>
        <w:t>Экологического воспитания:</w:t>
      </w:r>
    </w:p>
    <w:p w:rsidR="006C0E15" w:rsidRPr="009A416F" w:rsidRDefault="00AB3EF5">
      <w:pPr>
        <w:autoSpaceDE w:val="0"/>
        <w:autoSpaceDN w:val="0"/>
        <w:spacing w:before="178" w:after="0" w:line="262" w:lineRule="auto"/>
        <w:ind w:left="420" w:right="432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>—  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</w:t>
      </w:r>
    </w:p>
    <w:p w:rsidR="006C0E15" w:rsidRPr="009A416F" w:rsidRDefault="00AB3EF5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9A416F">
        <w:rPr>
          <w:rFonts w:ascii="Times New Roman" w:eastAsia="Times New Roman" w:hAnsi="Times New Roman"/>
          <w:b/>
          <w:color w:val="000000"/>
          <w:sz w:val="24"/>
          <w:lang w:val="ru-RU"/>
        </w:rPr>
        <w:t>Ценности научного познания:</w:t>
      </w:r>
    </w:p>
    <w:p w:rsidR="006C0E15" w:rsidRPr="009A416F" w:rsidRDefault="00AB3EF5">
      <w:pPr>
        <w:autoSpaceDE w:val="0"/>
        <w:autoSpaceDN w:val="0"/>
        <w:spacing w:before="180" w:after="0" w:line="230" w:lineRule="auto"/>
        <w:ind w:left="420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ориентация в деятельности на первоначальные представления о научной картине мира; </w:t>
      </w:r>
    </w:p>
    <w:p w:rsidR="006C0E15" w:rsidRPr="009A416F" w:rsidRDefault="00AB3EF5">
      <w:pPr>
        <w:autoSpaceDE w:val="0"/>
        <w:autoSpaceDN w:val="0"/>
        <w:spacing w:before="192" w:after="0" w:line="271" w:lineRule="auto"/>
        <w:ind w:left="420" w:right="576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>—  осознание ценности познания, проявление познавательного интереса, активности, инициативности, любознательности и самостоятельности в обогащении своих знаний, в том числе с использованием различных информационных средств.</w:t>
      </w:r>
    </w:p>
    <w:p w:rsidR="006C0E15" w:rsidRPr="009A416F" w:rsidRDefault="00AB3EF5">
      <w:pPr>
        <w:autoSpaceDE w:val="0"/>
        <w:autoSpaceDN w:val="0"/>
        <w:spacing w:before="286" w:after="0" w:line="230" w:lineRule="auto"/>
        <w:rPr>
          <w:lang w:val="ru-RU"/>
        </w:rPr>
      </w:pPr>
      <w:r w:rsidRPr="009A416F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6C0E15" w:rsidRPr="009A416F" w:rsidRDefault="00AB3EF5">
      <w:pPr>
        <w:autoSpaceDE w:val="0"/>
        <w:autoSpaceDN w:val="0"/>
        <w:spacing w:before="346" w:after="0" w:line="262" w:lineRule="auto"/>
        <w:ind w:left="180" w:right="4752"/>
        <w:rPr>
          <w:lang w:val="ru-RU"/>
        </w:rPr>
      </w:pPr>
      <w:r w:rsidRPr="009A416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Познавательныеуниверсальные учебные действия: </w:t>
      </w:r>
      <w:r w:rsidRPr="009A416F">
        <w:rPr>
          <w:rFonts w:ascii="Times New Roman" w:eastAsia="Times New Roman" w:hAnsi="Times New Roman"/>
          <w:i/>
          <w:color w:val="000000"/>
          <w:sz w:val="24"/>
          <w:lang w:val="ru-RU"/>
        </w:rPr>
        <w:t>1)  Базовые логические действия:</w:t>
      </w:r>
    </w:p>
    <w:p w:rsidR="006C0E15" w:rsidRPr="009A416F" w:rsidRDefault="00AB3EF5">
      <w:pPr>
        <w:autoSpaceDE w:val="0"/>
        <w:autoSpaceDN w:val="0"/>
        <w:spacing w:before="178" w:after="0" w:line="262" w:lineRule="auto"/>
        <w:ind w:left="420" w:right="720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6C0E15" w:rsidRPr="009A416F" w:rsidRDefault="00AB3EF5">
      <w:pPr>
        <w:autoSpaceDE w:val="0"/>
        <w:autoSpaceDN w:val="0"/>
        <w:spacing w:before="190" w:after="0" w:line="271" w:lineRule="auto"/>
        <w:ind w:left="420" w:right="144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 основе наблюдений доступных объектов окружающего мира устанавливать связи и зависимости между объектами (часть — целое; причина — следствие; изменения во времени и в пространстве); </w:t>
      </w:r>
    </w:p>
    <w:p w:rsidR="006C0E15" w:rsidRPr="009A416F" w:rsidRDefault="00AB3EF5">
      <w:pPr>
        <w:autoSpaceDE w:val="0"/>
        <w:autoSpaceDN w:val="0"/>
        <w:spacing w:before="190" w:after="0" w:line="262" w:lineRule="auto"/>
        <w:ind w:left="420" w:right="1296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сравнивать объекты окружающего мира, устанавливать основания для сравнения, устанавливать аналогии; </w:t>
      </w:r>
    </w:p>
    <w:p w:rsidR="006C0E15" w:rsidRPr="009A416F" w:rsidRDefault="00AB3EF5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объединять части объекта (объекты) по определённому признаку; </w:t>
      </w:r>
    </w:p>
    <w:p w:rsidR="006C0E15" w:rsidRPr="009A416F" w:rsidRDefault="00AB3EF5">
      <w:pPr>
        <w:autoSpaceDE w:val="0"/>
        <w:autoSpaceDN w:val="0"/>
        <w:spacing w:before="190" w:after="0" w:line="262" w:lineRule="auto"/>
        <w:ind w:left="420" w:right="576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определять существенный признак для классификации, классифицировать предложенные объекты; </w:t>
      </w:r>
    </w:p>
    <w:p w:rsidR="006C0E15" w:rsidRPr="009A416F" w:rsidRDefault="00AB3EF5">
      <w:pPr>
        <w:autoSpaceDE w:val="0"/>
        <w:autoSpaceDN w:val="0"/>
        <w:spacing w:before="192" w:after="0" w:line="262" w:lineRule="auto"/>
        <w:ind w:left="420" w:right="144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закономерности и противоречия в рассматриваемых фактах, данных и наблюдениях на основе предложенного алгоритма; </w:t>
      </w:r>
    </w:p>
    <w:p w:rsidR="006C0E15" w:rsidRPr="009A416F" w:rsidRDefault="00AB3EF5">
      <w:pPr>
        <w:autoSpaceDE w:val="0"/>
        <w:autoSpaceDN w:val="0"/>
        <w:spacing w:before="192" w:after="0" w:line="262" w:lineRule="auto"/>
        <w:ind w:left="420" w:right="576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>—  выявлять недостаток информации для решения учебной (практической) задачи на основе предложенного алгоритма.</w:t>
      </w:r>
    </w:p>
    <w:p w:rsidR="006C0E15" w:rsidRPr="009A416F" w:rsidRDefault="00AB3EF5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9A416F">
        <w:rPr>
          <w:rFonts w:ascii="Times New Roman" w:eastAsia="Times New Roman" w:hAnsi="Times New Roman"/>
          <w:i/>
          <w:color w:val="000000"/>
          <w:sz w:val="24"/>
          <w:lang w:val="ru-RU"/>
        </w:rPr>
        <w:t>2)  Базовые исследовательские действия:</w:t>
      </w:r>
    </w:p>
    <w:p w:rsidR="006C0E15" w:rsidRPr="009A416F" w:rsidRDefault="00AB3EF5">
      <w:pPr>
        <w:autoSpaceDE w:val="0"/>
        <w:autoSpaceDN w:val="0"/>
        <w:spacing w:before="178" w:after="0" w:line="271" w:lineRule="auto"/>
        <w:ind w:left="420" w:right="576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проводить (по предложенному и самостоятельно составленному плану или выдвинутому предположению) наблюдения, несложные опыты; проявлять интерес к экспериментам, проводимым под руководством учителя; </w:t>
      </w:r>
    </w:p>
    <w:p w:rsidR="006C0E15" w:rsidRPr="009A416F" w:rsidRDefault="00AB3EF5">
      <w:pPr>
        <w:autoSpaceDE w:val="0"/>
        <w:autoSpaceDN w:val="0"/>
        <w:spacing w:before="190" w:after="0" w:line="262" w:lineRule="auto"/>
        <w:ind w:left="420" w:right="720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определять разницу между реальным и желательным состоянием объекта (ситуации) на основе предложенных вопросов; </w:t>
      </w:r>
    </w:p>
    <w:p w:rsidR="006C0E15" w:rsidRPr="009A416F" w:rsidRDefault="00AB3EF5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6C0E15" w:rsidRPr="009A416F" w:rsidRDefault="00AB3EF5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>—  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</w:t>
      </w:r>
    </w:p>
    <w:p w:rsidR="006C0E15" w:rsidRPr="009A416F" w:rsidRDefault="006C0E15">
      <w:pPr>
        <w:rPr>
          <w:lang w:val="ru-RU"/>
        </w:rPr>
        <w:sectPr w:rsidR="006C0E15" w:rsidRPr="009A416F">
          <w:pgSz w:w="11900" w:h="16840"/>
          <w:pgMar w:top="298" w:right="650" w:bottom="32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C0E15" w:rsidRPr="009A416F" w:rsidRDefault="006C0E15">
      <w:pPr>
        <w:autoSpaceDE w:val="0"/>
        <w:autoSpaceDN w:val="0"/>
        <w:spacing w:after="66" w:line="220" w:lineRule="exact"/>
        <w:rPr>
          <w:lang w:val="ru-RU"/>
        </w:rPr>
      </w:pPr>
    </w:p>
    <w:p w:rsidR="006C0E15" w:rsidRPr="009A416F" w:rsidRDefault="00AB3EF5">
      <w:pPr>
        <w:autoSpaceDE w:val="0"/>
        <w:autoSpaceDN w:val="0"/>
        <w:spacing w:after="0" w:line="230" w:lineRule="auto"/>
        <w:ind w:left="240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последствия; коллективный труд и его результаты и др. ); </w:t>
      </w:r>
    </w:p>
    <w:p w:rsidR="006C0E15" w:rsidRPr="009A416F" w:rsidRDefault="00AB3EF5">
      <w:pPr>
        <w:autoSpaceDE w:val="0"/>
        <w:autoSpaceDN w:val="0"/>
        <w:spacing w:before="190" w:after="0" w:line="271" w:lineRule="auto"/>
        <w:ind w:left="240" w:right="720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проводить по предложенному плану опыт, несложное исследование по установлению особенностей объекта изучения и связей между объектами (часть — целое, причина —следствие); </w:t>
      </w:r>
    </w:p>
    <w:p w:rsidR="006C0E15" w:rsidRPr="009A416F" w:rsidRDefault="00AB3EF5">
      <w:pPr>
        <w:autoSpaceDE w:val="0"/>
        <w:autoSpaceDN w:val="0"/>
        <w:spacing w:before="190" w:after="0" w:line="262" w:lineRule="auto"/>
        <w:ind w:left="240" w:right="1152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>—  формулировать выводы и подкреплять их доказательствами на основе результатов проведённого наблюдения (опыта, измерения, исследования).</w:t>
      </w:r>
    </w:p>
    <w:p w:rsidR="006C0E15" w:rsidRPr="009A416F" w:rsidRDefault="00AB3EF5">
      <w:pPr>
        <w:autoSpaceDE w:val="0"/>
        <w:autoSpaceDN w:val="0"/>
        <w:spacing w:before="178" w:after="0" w:line="230" w:lineRule="auto"/>
        <w:rPr>
          <w:lang w:val="ru-RU"/>
        </w:rPr>
      </w:pPr>
      <w:r w:rsidRPr="009A416F">
        <w:rPr>
          <w:rFonts w:ascii="Times New Roman" w:eastAsia="Times New Roman" w:hAnsi="Times New Roman"/>
          <w:i/>
          <w:color w:val="000000"/>
          <w:sz w:val="24"/>
          <w:lang w:val="ru-RU"/>
        </w:rPr>
        <w:t>3)  Работа с информацией:</w:t>
      </w:r>
    </w:p>
    <w:p w:rsidR="006C0E15" w:rsidRPr="009A416F" w:rsidRDefault="00AB3EF5">
      <w:pPr>
        <w:autoSpaceDE w:val="0"/>
        <w:autoSpaceDN w:val="0"/>
        <w:spacing w:before="178" w:after="0" w:line="262" w:lineRule="auto"/>
        <w:ind w:left="240" w:right="144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различные источники для поиска информации, выбирать источник получения информации с учётом учебной задачи; </w:t>
      </w:r>
    </w:p>
    <w:p w:rsidR="006C0E15" w:rsidRPr="009A416F" w:rsidRDefault="00AB3EF5">
      <w:pPr>
        <w:autoSpaceDE w:val="0"/>
        <w:autoSpaceDN w:val="0"/>
        <w:spacing w:before="192" w:after="0" w:line="262" w:lineRule="auto"/>
        <w:ind w:left="240" w:right="1008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согласно заданному алгоритму находить в предложенном источнике информацию, представленную в явном виде; </w:t>
      </w:r>
    </w:p>
    <w:p w:rsidR="006C0E15" w:rsidRPr="009A416F" w:rsidRDefault="00AB3EF5">
      <w:pPr>
        <w:autoSpaceDE w:val="0"/>
        <w:autoSpaceDN w:val="0"/>
        <w:spacing w:before="190" w:after="0" w:line="262" w:lineRule="auto"/>
        <w:ind w:left="240" w:right="432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6C0E15" w:rsidRPr="009A416F" w:rsidRDefault="00AB3EF5">
      <w:pPr>
        <w:autoSpaceDE w:val="0"/>
        <w:autoSpaceDN w:val="0"/>
        <w:spacing w:before="190" w:after="0" w:line="262" w:lineRule="auto"/>
        <w:ind w:left="240" w:right="1440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и использовать для решения учебных задач текстовую, графическую, аудиовизуальную информацию; </w:t>
      </w:r>
    </w:p>
    <w:p w:rsidR="006C0E15" w:rsidRPr="009A416F" w:rsidRDefault="00AB3EF5">
      <w:pPr>
        <w:autoSpaceDE w:val="0"/>
        <w:autoSpaceDN w:val="0"/>
        <w:spacing w:before="190" w:after="0" w:line="262" w:lineRule="auto"/>
        <w:ind w:left="240" w:right="720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читать и интерпретировать графически представленную информацию (схему, таблицу, иллюстрацию); </w:t>
      </w:r>
    </w:p>
    <w:p w:rsidR="006C0E15" w:rsidRPr="009A416F" w:rsidRDefault="00AB3EF5">
      <w:pPr>
        <w:autoSpaceDE w:val="0"/>
        <w:autoSpaceDN w:val="0"/>
        <w:spacing w:before="190" w:after="0" w:line="262" w:lineRule="auto"/>
        <w:ind w:left="240" w:right="288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соблюдать правила информационной безопасности в условиях контролируемого доступа в Интернет (с помощью учителя); </w:t>
      </w:r>
    </w:p>
    <w:p w:rsidR="006C0E15" w:rsidRPr="009A416F" w:rsidRDefault="00AB3EF5">
      <w:pPr>
        <w:autoSpaceDE w:val="0"/>
        <w:autoSpaceDN w:val="0"/>
        <w:spacing w:before="190" w:after="0" w:line="262" w:lineRule="auto"/>
        <w:ind w:left="240" w:right="864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>—  анализировать и создавать текстовую, видео, графическую, звуковую информацию в соответствии с учебной задачей;</w:t>
      </w:r>
    </w:p>
    <w:p w:rsidR="006C0E15" w:rsidRPr="009A416F" w:rsidRDefault="00AB3EF5">
      <w:pPr>
        <w:autoSpaceDE w:val="0"/>
        <w:autoSpaceDN w:val="0"/>
        <w:spacing w:before="190" w:after="0" w:line="262" w:lineRule="auto"/>
        <w:ind w:left="240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>—  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6C0E15" w:rsidRPr="009A416F" w:rsidRDefault="00AB3EF5">
      <w:pPr>
        <w:autoSpaceDE w:val="0"/>
        <w:autoSpaceDN w:val="0"/>
        <w:spacing w:before="178" w:after="0" w:line="230" w:lineRule="auto"/>
        <w:rPr>
          <w:lang w:val="ru-RU"/>
        </w:rPr>
      </w:pPr>
      <w:r w:rsidRPr="009A416F">
        <w:rPr>
          <w:rFonts w:ascii="Times New Roman" w:eastAsia="Times New Roman" w:hAnsi="Times New Roman"/>
          <w:b/>
          <w:color w:val="000000"/>
          <w:sz w:val="24"/>
          <w:lang w:val="ru-RU"/>
        </w:rPr>
        <w:t>Коммуникативные универсальные учебные действия:</w:t>
      </w:r>
    </w:p>
    <w:p w:rsidR="006C0E15" w:rsidRPr="009A416F" w:rsidRDefault="00AB3EF5">
      <w:pPr>
        <w:autoSpaceDE w:val="0"/>
        <w:autoSpaceDN w:val="0"/>
        <w:spacing w:before="178" w:after="0" w:line="262" w:lineRule="auto"/>
        <w:ind w:left="240" w:right="576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в процессе диалогов задавать вопросы, высказывать суждения, оценивать выступления участников; </w:t>
      </w:r>
    </w:p>
    <w:p w:rsidR="006C0E15" w:rsidRPr="009A416F" w:rsidRDefault="00AB3EF5">
      <w:pPr>
        <w:autoSpaceDE w:val="0"/>
        <w:autoSpaceDN w:val="0"/>
        <w:spacing w:before="192" w:after="0" w:line="262" w:lineRule="auto"/>
        <w:ind w:left="240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6C0E15" w:rsidRPr="009A416F" w:rsidRDefault="00AB3EF5">
      <w:pPr>
        <w:autoSpaceDE w:val="0"/>
        <w:autoSpaceDN w:val="0"/>
        <w:spacing w:before="192" w:after="0" w:line="262" w:lineRule="auto"/>
        <w:ind w:left="240" w:right="576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соблюдать правила ведения диалога и дискуссии; проявлять уважительное отношение к собеседнику; </w:t>
      </w:r>
    </w:p>
    <w:p w:rsidR="006C0E15" w:rsidRPr="009A416F" w:rsidRDefault="00AB3EF5">
      <w:pPr>
        <w:autoSpaceDE w:val="0"/>
        <w:autoSpaceDN w:val="0"/>
        <w:spacing w:before="190" w:after="0" w:line="262" w:lineRule="auto"/>
        <w:ind w:left="240" w:right="432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6C0E15" w:rsidRPr="009A416F" w:rsidRDefault="00AB3EF5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создавать устные и письменные тексты (описание, рассуждение, повествование); </w:t>
      </w:r>
    </w:p>
    <w:p w:rsidR="006C0E15" w:rsidRPr="009A416F" w:rsidRDefault="00AB3EF5">
      <w:pPr>
        <w:autoSpaceDE w:val="0"/>
        <w:autoSpaceDN w:val="0"/>
        <w:spacing w:before="190" w:after="0" w:line="262" w:lineRule="auto"/>
        <w:ind w:left="240" w:right="576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6C0E15" w:rsidRPr="009A416F" w:rsidRDefault="00AB3EF5">
      <w:pPr>
        <w:autoSpaceDE w:val="0"/>
        <w:autoSpaceDN w:val="0"/>
        <w:spacing w:before="190" w:after="0" w:line="262" w:lineRule="auto"/>
        <w:ind w:left="240" w:right="576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6C0E15" w:rsidRPr="009A416F" w:rsidRDefault="00AB3EF5">
      <w:pPr>
        <w:autoSpaceDE w:val="0"/>
        <w:autoSpaceDN w:val="0"/>
        <w:spacing w:before="190" w:after="0" w:line="262" w:lineRule="auto"/>
        <w:ind w:left="240" w:right="432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>—  готовить небольшие публичные выступления с возможной презентацией (текст, рисунки, фото, плакаты и др. ) к тексту выступления.</w:t>
      </w:r>
    </w:p>
    <w:p w:rsidR="006C0E15" w:rsidRPr="009A416F" w:rsidRDefault="006C0E15">
      <w:pPr>
        <w:rPr>
          <w:lang w:val="ru-RU"/>
        </w:rPr>
        <w:sectPr w:rsidR="006C0E15" w:rsidRPr="009A416F">
          <w:pgSz w:w="11900" w:h="16840"/>
          <w:pgMar w:top="286" w:right="790" w:bottom="438" w:left="846" w:header="720" w:footer="720" w:gutter="0"/>
          <w:cols w:space="720" w:equalWidth="0">
            <w:col w:w="10264" w:space="0"/>
          </w:cols>
          <w:docGrid w:linePitch="360"/>
        </w:sectPr>
      </w:pPr>
    </w:p>
    <w:p w:rsidR="006C0E15" w:rsidRPr="009A416F" w:rsidRDefault="006C0E15">
      <w:pPr>
        <w:autoSpaceDE w:val="0"/>
        <w:autoSpaceDN w:val="0"/>
        <w:spacing w:after="78" w:line="220" w:lineRule="exact"/>
        <w:rPr>
          <w:lang w:val="ru-RU"/>
        </w:rPr>
      </w:pPr>
    </w:p>
    <w:p w:rsidR="006C0E15" w:rsidRPr="009A416F" w:rsidRDefault="00AB3EF5">
      <w:pPr>
        <w:autoSpaceDE w:val="0"/>
        <w:autoSpaceDN w:val="0"/>
        <w:spacing w:after="0" w:line="262" w:lineRule="auto"/>
        <w:ind w:left="180" w:right="4896"/>
        <w:rPr>
          <w:lang w:val="ru-RU"/>
        </w:rPr>
      </w:pPr>
      <w:r w:rsidRPr="009A416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Регулятивные универсальные учебные действия: </w:t>
      </w:r>
      <w:r w:rsidRPr="009A416F">
        <w:rPr>
          <w:rFonts w:ascii="Times New Roman" w:eastAsia="Times New Roman" w:hAnsi="Times New Roman"/>
          <w:i/>
          <w:color w:val="000000"/>
          <w:sz w:val="24"/>
          <w:lang w:val="ru-RU"/>
        </w:rPr>
        <w:t>1)  Самоорганизация:</w:t>
      </w:r>
    </w:p>
    <w:p w:rsidR="006C0E15" w:rsidRPr="009A416F" w:rsidRDefault="00AB3EF5">
      <w:pPr>
        <w:autoSpaceDE w:val="0"/>
        <w:autoSpaceDN w:val="0"/>
        <w:spacing w:before="178" w:after="0" w:line="262" w:lineRule="auto"/>
        <w:ind w:left="420" w:right="720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планировать самостоятельно или с небольшой помощью учителя действия по решению учебной задачи; </w:t>
      </w:r>
    </w:p>
    <w:p w:rsidR="006C0E15" w:rsidRPr="009A416F" w:rsidRDefault="00AB3EF5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>—  выстраивать последовательность выбранных действий и операций.</w:t>
      </w:r>
    </w:p>
    <w:p w:rsidR="006C0E15" w:rsidRPr="009A416F" w:rsidRDefault="00AB3EF5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9A416F">
        <w:rPr>
          <w:rFonts w:ascii="Times New Roman" w:eastAsia="Times New Roman" w:hAnsi="Times New Roman"/>
          <w:i/>
          <w:color w:val="000000"/>
          <w:sz w:val="24"/>
          <w:lang w:val="ru-RU"/>
        </w:rPr>
        <w:t>2)  Самоконтроль:</w:t>
      </w:r>
    </w:p>
    <w:p w:rsidR="006C0E15" w:rsidRPr="009A416F" w:rsidRDefault="00AB3EF5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осуществлять контроль процесса и результата своей деятельности; </w:t>
      </w:r>
    </w:p>
    <w:p w:rsidR="006C0E15" w:rsidRPr="009A416F" w:rsidRDefault="00AB3EF5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ошибки в своей работе и устанавливать их причины; корректировать свои действия при необходимости (с небольшой помощью учителя); </w:t>
      </w:r>
    </w:p>
    <w:p w:rsidR="006C0E15" w:rsidRPr="009A416F" w:rsidRDefault="00AB3EF5">
      <w:pPr>
        <w:autoSpaceDE w:val="0"/>
        <w:autoSpaceDN w:val="0"/>
        <w:spacing w:before="192" w:after="0" w:line="262" w:lineRule="auto"/>
        <w:ind w:left="420" w:right="144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>—  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</w:t>
      </w:r>
    </w:p>
    <w:p w:rsidR="006C0E15" w:rsidRPr="009A416F" w:rsidRDefault="00AB3EF5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9A416F">
        <w:rPr>
          <w:rFonts w:ascii="Times New Roman" w:eastAsia="Times New Roman" w:hAnsi="Times New Roman"/>
          <w:i/>
          <w:color w:val="000000"/>
          <w:sz w:val="24"/>
          <w:lang w:val="ru-RU"/>
        </w:rPr>
        <w:t>3)  Самооценка</w:t>
      </w: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>:</w:t>
      </w:r>
    </w:p>
    <w:p w:rsidR="006C0E15" w:rsidRPr="009A416F" w:rsidRDefault="00AB3EF5">
      <w:pPr>
        <w:autoSpaceDE w:val="0"/>
        <w:autoSpaceDN w:val="0"/>
        <w:spacing w:before="178" w:after="0" w:line="262" w:lineRule="auto"/>
        <w:ind w:left="420" w:right="432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объективно оценивать результаты своей деятельности, соотносить свою оценку с оценкой учителя; </w:t>
      </w:r>
    </w:p>
    <w:p w:rsidR="006C0E15" w:rsidRPr="009A416F" w:rsidRDefault="00AB3EF5">
      <w:pPr>
        <w:autoSpaceDE w:val="0"/>
        <w:autoSpaceDN w:val="0"/>
        <w:spacing w:before="190" w:after="0" w:line="262" w:lineRule="auto"/>
        <w:ind w:left="420" w:right="1440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>—  оценивать целесообразность выбранных способов действия, при необходимости корректировать их.</w:t>
      </w:r>
    </w:p>
    <w:p w:rsidR="006C0E15" w:rsidRPr="009A416F" w:rsidRDefault="00AB3EF5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9A416F">
        <w:rPr>
          <w:rFonts w:ascii="Times New Roman" w:eastAsia="Times New Roman" w:hAnsi="Times New Roman"/>
          <w:b/>
          <w:color w:val="000000"/>
          <w:sz w:val="24"/>
          <w:lang w:val="ru-RU"/>
        </w:rPr>
        <w:t>Совместная деятельность:</w:t>
      </w:r>
    </w:p>
    <w:p w:rsidR="006C0E15" w:rsidRPr="009A416F" w:rsidRDefault="00AB3EF5">
      <w:pPr>
        <w:autoSpaceDE w:val="0"/>
        <w:autoSpaceDN w:val="0"/>
        <w:spacing w:before="178" w:after="0" w:line="271" w:lineRule="auto"/>
        <w:ind w:left="420" w:right="288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понимать значение коллективной деятельности для успешного решения учебной </w:t>
      </w:r>
      <w:r w:rsidRPr="009A416F">
        <w:rPr>
          <w:lang w:val="ru-RU"/>
        </w:rPr>
        <w:br/>
      </w: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6C0E15" w:rsidRPr="009A416F" w:rsidRDefault="00AB3EF5">
      <w:pPr>
        <w:autoSpaceDE w:val="0"/>
        <w:autoSpaceDN w:val="0"/>
        <w:spacing w:before="190" w:after="0" w:line="262" w:lineRule="auto"/>
        <w:ind w:left="420" w:right="1584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6C0E15" w:rsidRPr="009A416F" w:rsidRDefault="00AB3EF5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проявлять готовность руководить, выполнять поручения, подчиняться; </w:t>
      </w:r>
    </w:p>
    <w:p w:rsidR="006C0E15" w:rsidRPr="009A416F" w:rsidRDefault="00AB3EF5">
      <w:pPr>
        <w:autoSpaceDE w:val="0"/>
        <w:autoSpaceDN w:val="0"/>
        <w:spacing w:before="190" w:after="0" w:line="271" w:lineRule="auto"/>
        <w:ind w:left="420" w:right="144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 конфликтов, при их возникновении мирно разрешать без участия взрослого; </w:t>
      </w:r>
    </w:p>
    <w:p w:rsidR="006C0E15" w:rsidRPr="009A416F" w:rsidRDefault="00AB3EF5">
      <w:pPr>
        <w:autoSpaceDE w:val="0"/>
        <w:autoSpaceDN w:val="0"/>
        <w:spacing w:before="192" w:after="0" w:line="230" w:lineRule="auto"/>
        <w:ind w:left="420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>—  ответственно выполнять свою часть работы.</w:t>
      </w:r>
    </w:p>
    <w:p w:rsidR="006C0E15" w:rsidRPr="009A416F" w:rsidRDefault="00AB3EF5">
      <w:pPr>
        <w:autoSpaceDE w:val="0"/>
        <w:autoSpaceDN w:val="0"/>
        <w:spacing w:before="288" w:after="0" w:line="230" w:lineRule="auto"/>
        <w:rPr>
          <w:lang w:val="ru-RU"/>
        </w:rPr>
      </w:pPr>
      <w:r w:rsidRPr="009A416F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6C0E15" w:rsidRPr="009A416F" w:rsidRDefault="00AB3EF5">
      <w:pPr>
        <w:autoSpaceDE w:val="0"/>
        <w:autoSpaceDN w:val="0"/>
        <w:spacing w:before="346" w:after="0" w:line="230" w:lineRule="auto"/>
        <w:ind w:left="180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во </w:t>
      </w:r>
      <w:r w:rsidRPr="009A416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2 классе </w:t>
      </w: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>обучающийся научится:</w:t>
      </w:r>
    </w:p>
    <w:p w:rsidR="006C0E15" w:rsidRPr="009A416F" w:rsidRDefault="00AB3EF5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Россию на карте мира, на карте России - Москву, свой регион и его главный город; </w:t>
      </w:r>
    </w:p>
    <w:p w:rsidR="006C0E15" w:rsidRPr="009A416F" w:rsidRDefault="00AB3EF5">
      <w:pPr>
        <w:autoSpaceDE w:val="0"/>
        <w:autoSpaceDN w:val="0"/>
        <w:spacing w:before="190" w:after="0" w:line="262" w:lineRule="auto"/>
        <w:ind w:left="420" w:right="576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узнавать государственную символику Российской Федерации (гимн, герб, флаг) и своего региона; </w:t>
      </w:r>
    </w:p>
    <w:p w:rsidR="006C0E15" w:rsidRPr="009A416F" w:rsidRDefault="00AB3EF5">
      <w:pPr>
        <w:autoSpaceDE w:val="0"/>
        <w:autoSpaceDN w:val="0"/>
        <w:spacing w:before="190" w:after="0" w:line="271" w:lineRule="auto"/>
        <w:ind w:left="420" w:right="288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природе; </w:t>
      </w:r>
    </w:p>
    <w:p w:rsidR="006C0E15" w:rsidRPr="009A416F" w:rsidRDefault="00AB3EF5">
      <w:pPr>
        <w:autoSpaceDE w:val="0"/>
        <w:autoSpaceDN w:val="0"/>
        <w:spacing w:before="190" w:after="0" w:line="262" w:lineRule="auto"/>
        <w:ind w:left="420" w:right="1296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изученные объекты окружающего мира по их описанию, рисункам и фотографиям, различать их в окружающем мире; </w:t>
      </w:r>
    </w:p>
    <w:p w:rsidR="006C0E15" w:rsidRPr="009A416F" w:rsidRDefault="00AB3EF5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>—  приводить примеры изученных традиций, обычаев и праздников народов родного края;</w:t>
      </w:r>
    </w:p>
    <w:p w:rsidR="006C0E15" w:rsidRPr="009A416F" w:rsidRDefault="006C0E15">
      <w:pPr>
        <w:rPr>
          <w:lang w:val="ru-RU"/>
        </w:rPr>
        <w:sectPr w:rsidR="006C0E15" w:rsidRPr="009A416F">
          <w:pgSz w:w="11900" w:h="16840"/>
          <w:pgMar w:top="298" w:right="650" w:bottom="37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C0E15" w:rsidRPr="009A416F" w:rsidRDefault="006C0E15">
      <w:pPr>
        <w:autoSpaceDE w:val="0"/>
        <w:autoSpaceDN w:val="0"/>
        <w:spacing w:after="66" w:line="220" w:lineRule="exact"/>
        <w:rPr>
          <w:lang w:val="ru-RU"/>
        </w:rPr>
      </w:pPr>
    </w:p>
    <w:p w:rsidR="006C0E15" w:rsidRPr="009A416F" w:rsidRDefault="00AB3EF5">
      <w:pPr>
        <w:autoSpaceDE w:val="0"/>
        <w:autoSpaceDN w:val="0"/>
        <w:spacing w:after="0" w:line="348" w:lineRule="auto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важных событий прошлого и настоящего родного края; трудовой деятельности и профессий жителей родного края; </w:t>
      </w:r>
      <w:r w:rsidRPr="009A416F">
        <w:rPr>
          <w:lang w:val="ru-RU"/>
        </w:rPr>
        <w:br/>
      </w: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проводить, соблюдая правила безопасного труда, несложные наблюдения и опыты с </w:t>
      </w:r>
      <w:r w:rsidRPr="009A416F">
        <w:rPr>
          <w:lang w:val="ru-RU"/>
        </w:rPr>
        <w:br/>
      </w: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природными объектами, измерения; </w:t>
      </w:r>
      <w:r w:rsidRPr="009A416F">
        <w:rPr>
          <w:lang w:val="ru-RU"/>
        </w:rPr>
        <w:br/>
      </w: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приводить примеры изученных взаимосвязей в природе, при меры, иллюстрирующие значение природы в жизни человека; </w:t>
      </w:r>
      <w:r w:rsidRPr="009A416F">
        <w:rPr>
          <w:lang w:val="ru-RU"/>
        </w:rPr>
        <w:br/>
      </w: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  <w:r w:rsidRPr="009A416F">
        <w:rPr>
          <w:lang w:val="ru-RU"/>
        </w:rPr>
        <w:br/>
      </w: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описывать на основе предложенного плана или опорных слов изученные природные объекты и явления, в том числе звёзды, созвездия, планеты; </w:t>
      </w:r>
      <w:r w:rsidRPr="009A416F">
        <w:rPr>
          <w:lang w:val="ru-RU"/>
        </w:rPr>
        <w:br/>
      </w: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группировать изученные объекты живой и неживой природы по предложенным признакам; —  сравнивать объекты живой и неживой природы на основе внешних признаков; </w:t>
      </w:r>
      <w:r w:rsidRPr="009A416F">
        <w:rPr>
          <w:lang w:val="ru-RU"/>
        </w:rPr>
        <w:br/>
      </w: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ориентироваться на местности по местным природным при знакам, Солнцу, компасу; —   создавать  по  заданному  плану  развёрнутые  высказывания о природе и обществе; —  использовать для ответов на вопросы небольшие тексты о природе и обществе; </w:t>
      </w:r>
      <w:r w:rsidRPr="009A416F">
        <w:rPr>
          <w:lang w:val="ru-RU"/>
        </w:rPr>
        <w:br/>
      </w: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  <w:r w:rsidRPr="009A416F">
        <w:rPr>
          <w:lang w:val="ru-RU"/>
        </w:rPr>
        <w:br/>
      </w: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соблюдать правила безопасного поведения в школе, правила безопасного поведения </w:t>
      </w:r>
      <w:r w:rsidRPr="009A416F">
        <w:rPr>
          <w:lang w:val="ru-RU"/>
        </w:rPr>
        <w:br/>
      </w: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пассажира наземного транспорта и метро; </w:t>
      </w:r>
      <w:r w:rsidRPr="009A416F">
        <w:rPr>
          <w:lang w:val="ru-RU"/>
        </w:rPr>
        <w:br/>
      </w: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соблюдать режим дня и питания; </w:t>
      </w:r>
      <w:r w:rsidRPr="009A416F">
        <w:rPr>
          <w:lang w:val="ru-RU"/>
        </w:rPr>
        <w:br/>
      </w: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—  безопасно использовать мессенджеры Интернета в условиях контролируемого доступа в Интернет; </w:t>
      </w:r>
      <w:r w:rsidRPr="009A416F">
        <w:rPr>
          <w:lang w:val="ru-RU"/>
        </w:rPr>
        <w:br/>
      </w: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>—  безопасно осуществлять коммуникацию в школьных сообществах с помощью учителя в случае необходимости.</w:t>
      </w:r>
    </w:p>
    <w:p w:rsidR="006C0E15" w:rsidRPr="009A416F" w:rsidRDefault="006C0E15">
      <w:pPr>
        <w:rPr>
          <w:lang w:val="ru-RU"/>
        </w:rPr>
        <w:sectPr w:rsidR="006C0E15" w:rsidRPr="009A416F">
          <w:pgSz w:w="11900" w:h="16840"/>
          <w:pgMar w:top="286" w:right="760" w:bottom="1440" w:left="1086" w:header="720" w:footer="720" w:gutter="0"/>
          <w:cols w:space="720" w:equalWidth="0">
            <w:col w:w="10054" w:space="0"/>
          </w:cols>
          <w:docGrid w:linePitch="360"/>
        </w:sectPr>
      </w:pPr>
    </w:p>
    <w:p w:rsidR="006C0E15" w:rsidRPr="009A416F" w:rsidRDefault="006C0E15">
      <w:pPr>
        <w:autoSpaceDE w:val="0"/>
        <w:autoSpaceDN w:val="0"/>
        <w:spacing w:after="64" w:line="220" w:lineRule="exact"/>
        <w:rPr>
          <w:lang w:val="ru-RU"/>
        </w:rPr>
      </w:pPr>
    </w:p>
    <w:p w:rsidR="006C0E15" w:rsidRDefault="00AB3EF5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5500"/>
        <w:gridCol w:w="528"/>
        <w:gridCol w:w="1104"/>
        <w:gridCol w:w="1140"/>
        <w:gridCol w:w="866"/>
        <w:gridCol w:w="3434"/>
        <w:gridCol w:w="1080"/>
        <w:gridCol w:w="1382"/>
      </w:tblGrid>
      <w:tr w:rsidR="006C0E15">
        <w:trPr>
          <w:trHeight w:hRule="exact" w:val="34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45" w:lineRule="auto"/>
              <w:ind w:right="144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55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Pr="009A416F" w:rsidRDefault="00AB3EF5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9A416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 часов</w:t>
            </w:r>
          </w:p>
        </w:tc>
        <w:tc>
          <w:tcPr>
            <w:tcW w:w="8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45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34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 деятельности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47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контроля</w:t>
            </w:r>
          </w:p>
        </w:tc>
        <w:tc>
          <w:tcPr>
            <w:tcW w:w="13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Электронные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(цифровые)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образовательные ресурсы</w:t>
            </w:r>
          </w:p>
        </w:tc>
      </w:tr>
      <w:tr w:rsidR="006C0E15">
        <w:trPr>
          <w:trHeight w:hRule="exact" w:val="576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E15" w:rsidRDefault="006C0E15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E15" w:rsidRDefault="006C0E15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E15" w:rsidRDefault="006C0E15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E15" w:rsidRDefault="006C0E15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E15" w:rsidRDefault="006C0E15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E15" w:rsidRDefault="006C0E15"/>
        </w:tc>
      </w:tr>
      <w:tr w:rsidR="006C0E15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 1.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Человек и общество.</w:t>
            </w:r>
          </w:p>
        </w:tc>
      </w:tr>
      <w:tr w:rsidR="006C0E15">
        <w:trPr>
          <w:trHeight w:hRule="exact" w:val="926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550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Pr="009A416F" w:rsidRDefault="00AB3EF5">
            <w:pPr>
              <w:autoSpaceDE w:val="0"/>
              <w:autoSpaceDN w:val="0"/>
              <w:spacing w:before="64" w:after="0" w:line="245" w:lineRule="auto"/>
              <w:ind w:left="72" w:right="288"/>
              <w:rPr>
                <w:lang w:val="ru-RU"/>
              </w:rPr>
            </w:pPr>
            <w:r w:rsidRPr="009A416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Наша Родина — Россия, Российская Федерация. Россия и её столица на карте.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01.09.2022</w:t>
            </w:r>
          </w:p>
        </w:tc>
        <w:tc>
          <w:tcPr>
            <w:tcW w:w="34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Pr="009A416F" w:rsidRDefault="00AB3EF5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9A416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 учителя, рассматривание иллюстраций, чтение текстов о федеративном устройстве России, о многонациональном составе </w:t>
            </w:r>
            <w:r w:rsidRPr="009A416F">
              <w:rPr>
                <w:lang w:val="ru-RU"/>
              </w:rPr>
              <w:br/>
            </w:r>
            <w:r w:rsidRPr="009A416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населения страны;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6C0E15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1.2.</w:t>
            </w:r>
          </w:p>
        </w:tc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Pr="009A416F" w:rsidRDefault="00AB3EF5">
            <w:pPr>
              <w:autoSpaceDE w:val="0"/>
              <w:autoSpaceDN w:val="0"/>
              <w:spacing w:before="64" w:after="0" w:line="233" w:lineRule="auto"/>
              <w:ind w:left="72"/>
              <w:rPr>
                <w:lang w:val="ru-RU"/>
              </w:rPr>
            </w:pPr>
            <w:r w:rsidRPr="009A416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Государственные символы России, символика  своего региона.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20.04.2023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Pr="009A416F" w:rsidRDefault="00AB3EF5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9A416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 учителя, рассматривание иллюстраций, чтение текстов о федеративном устройстве России, о многонациональном составе </w:t>
            </w:r>
            <w:r w:rsidRPr="009A416F">
              <w:rPr>
                <w:lang w:val="ru-RU"/>
              </w:rPr>
              <w:br/>
            </w:r>
            <w:r w:rsidRPr="009A416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населения страны;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6C0E15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1.3.</w:t>
            </w:r>
          </w:p>
        </w:tc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Pr="009A416F" w:rsidRDefault="00AB3EF5">
            <w:pPr>
              <w:autoSpaceDE w:val="0"/>
              <w:autoSpaceDN w:val="0"/>
              <w:spacing w:before="66" w:after="0" w:line="245" w:lineRule="auto"/>
              <w:ind w:left="72" w:right="144"/>
              <w:rPr>
                <w:lang w:val="ru-RU"/>
              </w:rPr>
            </w:pPr>
            <w:r w:rsidRPr="009A416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Россия — многонациональное государство. Народы России, их традиции, обычаи, праздники.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27.04.2023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Pr="009A416F" w:rsidRDefault="00AB3EF5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9A416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 учителя, рассматривание иллюстраций, чтение текстов о федеративном устройстве России, о многонациональном составе </w:t>
            </w:r>
            <w:r w:rsidRPr="009A416F">
              <w:rPr>
                <w:lang w:val="ru-RU"/>
              </w:rPr>
              <w:br/>
            </w:r>
            <w:r w:rsidRPr="009A416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населения страны;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6C0E15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1.4.</w:t>
            </w:r>
          </w:p>
        </w:tc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Pr="009A416F" w:rsidRDefault="00AB3EF5">
            <w:pPr>
              <w:autoSpaceDE w:val="0"/>
              <w:autoSpaceDN w:val="0"/>
              <w:spacing w:before="66" w:after="0" w:line="247" w:lineRule="auto"/>
              <w:ind w:left="72"/>
              <w:rPr>
                <w:lang w:val="ru-RU"/>
              </w:rPr>
            </w:pPr>
            <w:r w:rsidRPr="009A416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Родной край, его природные и культурные достопримечательности.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06.09.2022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Pr="009A416F" w:rsidRDefault="00AB3EF5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9A416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Дидактическая игра по теме «Профессии города и села»;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6C0E15">
        <w:trPr>
          <w:trHeight w:hRule="exact" w:val="734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1.5.</w:t>
            </w:r>
          </w:p>
        </w:tc>
        <w:tc>
          <w:tcPr>
            <w:tcW w:w="550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Pr="009A416F" w:rsidRDefault="00AB3EF5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 w:rsidRPr="009A416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Значимые события истории родного края. Свой регион и его главный город   на карте.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08.09.2022</w:t>
            </w:r>
          </w:p>
        </w:tc>
        <w:tc>
          <w:tcPr>
            <w:tcW w:w="34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Pr="009A416F" w:rsidRDefault="00AB3EF5">
            <w:pPr>
              <w:autoSpaceDE w:val="0"/>
              <w:autoSpaceDN w:val="0"/>
              <w:spacing w:before="76" w:after="0" w:line="250" w:lineRule="auto"/>
              <w:ind w:left="72" w:right="576"/>
              <w:rPr>
                <w:lang w:val="ru-RU"/>
              </w:rPr>
            </w:pPr>
            <w:r w:rsidRPr="009A416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Игра-путешествие по теме «Работаем экскурсоводами, проводим экскурсии по Москве, Санкт-Петербургу»;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6C0E15">
        <w:trPr>
          <w:trHeight w:hRule="exact" w:val="10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1.6.</w:t>
            </w:r>
          </w:p>
        </w:tc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Pr="009A416F" w:rsidRDefault="00AB3EF5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 w:rsidRPr="009A416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Хозяйственные  занятия, профессии жителей родного  края. Значение труда в жизни человека и общества.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13.09.2022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Pr="009A416F" w:rsidRDefault="00AB3EF5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9A416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Учебный диалог по теме «Зачем чело век </w:t>
            </w:r>
            <w:r w:rsidRPr="009A416F">
              <w:rPr>
                <w:lang w:val="ru-RU"/>
              </w:rPr>
              <w:br/>
            </w:r>
            <w:r w:rsidRPr="009A416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трудится?»; </w:t>
            </w:r>
            <w:r w:rsidRPr="009A416F">
              <w:rPr>
                <w:lang w:val="ru-RU"/>
              </w:rPr>
              <w:br/>
            </w:r>
            <w:r w:rsidRPr="009A416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Дидактическая игра по теме «Профессии города и села»;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6C0E15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1.7.</w:t>
            </w:r>
          </w:p>
        </w:tc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Pr="009A416F" w:rsidRDefault="00AB3EF5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9A416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Семья </w:t>
            </w:r>
            <w:r w:rsidRPr="009A416F">
              <w:rPr>
                <w:rFonts w:ascii="Times New Roman" w:eastAsia="Times New Roman" w:hAnsi="Times New Roman"/>
                <w:b/>
                <w:i/>
                <w:color w:val="000000"/>
                <w:w w:val="97"/>
                <w:sz w:val="16"/>
                <w:lang w:val="ru-RU"/>
              </w:rPr>
              <w:t xml:space="preserve">— </w:t>
            </w:r>
            <w:r w:rsidRPr="009A416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коллектив. Семейное древо. Семейные ценности. и  традиции.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21.02.2023 23.02.2023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Pr="009A416F" w:rsidRDefault="00AB3EF5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 w:rsidRPr="009A416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Практическая работа по теме «Составление схемы родословного древа семьи»;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6C0E15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1.8.</w:t>
            </w:r>
          </w:p>
        </w:tc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Pr="009A416F" w:rsidRDefault="00AB3EF5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9A416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Совместный  труд и отдых. Участие детей в делах семьи.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14.02.2023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Pr="009A416F" w:rsidRDefault="00AB3EF5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9A416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Обсуждение обязанностей в семье, семейных традиций, совместный труд и отдых;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6C0E15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1.9.</w:t>
            </w:r>
          </w:p>
        </w:tc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Pr="009A416F" w:rsidRDefault="00AB3EF5">
            <w:pPr>
              <w:autoSpaceDE w:val="0"/>
              <w:autoSpaceDN w:val="0"/>
              <w:spacing w:before="66" w:after="0" w:line="252" w:lineRule="auto"/>
              <w:ind w:left="72" w:right="432"/>
              <w:rPr>
                <w:lang w:val="ru-RU"/>
              </w:rPr>
            </w:pPr>
            <w:r w:rsidRPr="009A416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Доброта, справедливость, честность, уважение к чужому мнению и особенностям других людей — главные правила взаимоотношений членов общества.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28.02.2023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Pr="009A416F" w:rsidRDefault="00AB3EF5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9A416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Учебный диалог по теме «Оцени себя — умеешь ли ты сдерживать эмоции?»;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6C0E15">
        <w:trPr>
          <w:trHeight w:hRule="exact" w:val="542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1.10.</w:t>
            </w:r>
          </w:p>
        </w:tc>
        <w:tc>
          <w:tcPr>
            <w:tcW w:w="550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Pr="009A416F" w:rsidRDefault="00AB3EF5">
            <w:pPr>
              <w:autoSpaceDE w:val="0"/>
              <w:autoSpaceDN w:val="0"/>
              <w:spacing w:before="64" w:after="0" w:line="230" w:lineRule="auto"/>
              <w:ind w:left="72"/>
              <w:rPr>
                <w:lang w:val="ru-RU"/>
              </w:rPr>
            </w:pPr>
            <w:r w:rsidRPr="009A416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Правила культурного поведения в общественных местах.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02.03.2023</w:t>
            </w:r>
          </w:p>
        </w:tc>
        <w:tc>
          <w:tcPr>
            <w:tcW w:w="34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Pr="009A416F" w:rsidRDefault="00AB3EF5">
            <w:pPr>
              <w:autoSpaceDE w:val="0"/>
              <w:autoSpaceDN w:val="0"/>
              <w:spacing w:before="76" w:after="0" w:line="245" w:lineRule="auto"/>
              <w:ind w:left="72"/>
              <w:rPr>
                <w:lang w:val="ru-RU"/>
              </w:rPr>
            </w:pPr>
            <w:r w:rsidRPr="009A416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Учебный диалог по теме «Оцени себя — умеешь ли ты сдерживать эмоции?»;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6C0E15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1.11.</w:t>
            </w:r>
          </w:p>
        </w:tc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64" w:after="0" w:line="245" w:lineRule="auto"/>
              <w:ind w:left="72"/>
            </w:pPr>
            <w:r w:rsidRPr="009A416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Москва — столи ца. Достопримечательности Москвы.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Страницы истории Москвы.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25.04.2023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Pr="009A416F" w:rsidRDefault="00AB3EF5">
            <w:pPr>
              <w:autoSpaceDE w:val="0"/>
              <w:autoSpaceDN w:val="0"/>
              <w:spacing w:before="76" w:after="0" w:line="245" w:lineRule="auto"/>
              <w:ind w:left="72" w:right="1008"/>
              <w:rPr>
                <w:lang w:val="ru-RU"/>
              </w:rPr>
            </w:pPr>
            <w:r w:rsidRPr="009A416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Рассказ учителя по теме «История возникновения Москвы»;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6C0E15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1.12.</w:t>
            </w:r>
          </w:p>
        </w:tc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Pr="009A416F" w:rsidRDefault="00AB3EF5">
            <w:pPr>
              <w:autoSpaceDE w:val="0"/>
              <w:autoSpaceDN w:val="0"/>
              <w:spacing w:before="64" w:after="0" w:line="233" w:lineRule="auto"/>
              <w:ind w:left="72"/>
              <w:rPr>
                <w:lang w:val="ru-RU"/>
              </w:rPr>
            </w:pPr>
            <w:r w:rsidRPr="009A416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Города России. Свой регион и его столица на карте РФ.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02.05.2023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Pr="009A416F" w:rsidRDefault="00AB3EF5">
            <w:pPr>
              <w:autoSpaceDE w:val="0"/>
              <w:autoSpaceDN w:val="0"/>
              <w:spacing w:before="76" w:after="0" w:line="245" w:lineRule="auto"/>
              <w:ind w:left="72" w:right="576"/>
              <w:rPr>
                <w:lang w:val="ru-RU"/>
              </w:rPr>
            </w:pPr>
            <w:r w:rsidRPr="009A416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с картой: Россия, Москва, Санкт-Петербург, наш регион на карте РФ;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6C0E15">
        <w:trPr>
          <w:trHeight w:hRule="exact" w:val="328"/>
        </w:trPr>
        <w:tc>
          <w:tcPr>
            <w:tcW w:w="5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16</w:t>
            </w:r>
          </w:p>
        </w:tc>
        <w:tc>
          <w:tcPr>
            <w:tcW w:w="90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6C0E15"/>
        </w:tc>
      </w:tr>
    </w:tbl>
    <w:p w:rsidR="006C0E15" w:rsidRDefault="006C0E15">
      <w:pPr>
        <w:autoSpaceDE w:val="0"/>
        <w:autoSpaceDN w:val="0"/>
        <w:spacing w:after="0" w:line="14" w:lineRule="exact"/>
      </w:pPr>
    </w:p>
    <w:p w:rsidR="006C0E15" w:rsidRDefault="006C0E15">
      <w:pPr>
        <w:sectPr w:rsidR="006C0E15">
          <w:pgSz w:w="16840" w:h="11900"/>
          <w:pgMar w:top="282" w:right="640" w:bottom="37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6C0E15" w:rsidRDefault="006C0E15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5500"/>
        <w:gridCol w:w="528"/>
        <w:gridCol w:w="1104"/>
        <w:gridCol w:w="1140"/>
        <w:gridCol w:w="866"/>
        <w:gridCol w:w="3434"/>
        <w:gridCol w:w="1080"/>
        <w:gridCol w:w="1382"/>
      </w:tblGrid>
      <w:tr w:rsidR="006C0E15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 2.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Человек и природа.</w:t>
            </w:r>
          </w:p>
        </w:tc>
      </w:tr>
      <w:tr w:rsidR="006C0E15">
        <w:trPr>
          <w:trHeight w:hRule="exact" w:val="260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66" w:after="0" w:line="245" w:lineRule="auto"/>
              <w:ind w:left="72" w:right="720"/>
            </w:pPr>
            <w:r w:rsidRPr="009A416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Наблюдения, опыты, измерения. Звёзды и созвездия, наблюдения звёздного неба.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Планеты.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15.09.2022 06.10.2022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Pr="009A416F" w:rsidRDefault="00AB3EF5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9A416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9A416F">
              <w:rPr>
                <w:lang w:val="ru-RU"/>
              </w:rPr>
              <w:br/>
            </w:r>
            <w:r w:rsidRPr="009A416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Учебный диалог по теме «Чем Земля отличается от других планет»; </w:t>
            </w:r>
            <w:r w:rsidRPr="009A416F">
              <w:rPr>
                <w:lang w:val="ru-RU"/>
              </w:rPr>
              <w:br/>
            </w:r>
            <w:r w:rsidRPr="009A416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Просмотр и обсуждение иллюстраций, </w:t>
            </w:r>
            <w:r w:rsidRPr="009A416F">
              <w:rPr>
                <w:lang w:val="ru-RU"/>
              </w:rPr>
              <w:br/>
            </w:r>
            <w:r w:rsidRPr="009A416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видеофрагментов и других материалов (по </w:t>
            </w:r>
            <w:r w:rsidRPr="009A416F">
              <w:rPr>
                <w:lang w:val="ru-RU"/>
              </w:rPr>
              <w:br/>
            </w:r>
            <w:r w:rsidRPr="009A416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выбору) на тему «Звёздное небо Созвездия»; Практическая работа с глобусом; </w:t>
            </w:r>
            <w:r w:rsidRPr="009A416F">
              <w:rPr>
                <w:lang w:val="ru-RU"/>
              </w:rPr>
              <w:br/>
            </w:r>
            <w:r w:rsidRPr="009A416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 учителя, работа с текстом учебника: описание и особенности океанов и материков на Земле; </w:t>
            </w:r>
            <w:r w:rsidRPr="009A416F">
              <w:rPr>
                <w:lang w:val="ru-RU"/>
              </w:rPr>
              <w:br/>
            </w:r>
            <w:r w:rsidRPr="009A416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Практическая работа с картой: «Как показывать объекты на настенной карте»;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6C0E15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64" w:after="0" w:line="233" w:lineRule="auto"/>
              <w:ind w:left="72"/>
            </w:pPr>
            <w:r w:rsidRPr="009A416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Чем Земля отличается от других планет.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Условия  жизни  на  Земле.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11.10.2022 13.10.2022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Pr="009A416F" w:rsidRDefault="00AB3EF5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9A416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Учебный диалог по теме «Чем Земля отличается от других планет»; </w:t>
            </w:r>
            <w:r w:rsidRPr="009A416F">
              <w:rPr>
                <w:lang w:val="ru-RU"/>
              </w:rPr>
              <w:br/>
            </w:r>
            <w:r w:rsidRPr="009A416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Просмотр и обсуждение иллюстраций, </w:t>
            </w:r>
            <w:r w:rsidRPr="009A416F">
              <w:rPr>
                <w:lang w:val="ru-RU"/>
              </w:rPr>
              <w:br/>
            </w:r>
            <w:r w:rsidRPr="009A416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видеофрагментов и других материалов (по </w:t>
            </w:r>
            <w:r w:rsidRPr="009A416F">
              <w:rPr>
                <w:lang w:val="ru-RU"/>
              </w:rPr>
              <w:br/>
            </w:r>
            <w:r w:rsidRPr="009A416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выбору) на тему «Звёздное небо Созвездия»;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6C0E15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2.3.</w:t>
            </w:r>
          </w:p>
        </w:tc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Pr="009A416F" w:rsidRDefault="00AB3EF5">
            <w:pPr>
              <w:autoSpaceDE w:val="0"/>
              <w:autoSpaceDN w:val="0"/>
              <w:spacing w:before="66" w:after="0" w:line="230" w:lineRule="auto"/>
              <w:ind w:left="72"/>
              <w:rPr>
                <w:lang w:val="ru-RU"/>
              </w:rPr>
            </w:pPr>
            <w:r w:rsidRPr="009A416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Изображения Земли: глобус, карта, план.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18.10.2022 20.10.2022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 с глобусом;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6C0E15">
        <w:trPr>
          <w:trHeight w:hRule="exact" w:val="54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2.4.</w:t>
            </w:r>
          </w:p>
        </w:tc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Карта мира. Материки, океаны.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25.10.2022 01.11.2022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Pr="009A416F" w:rsidRDefault="00AB3EF5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9A416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Практическая работа с картой: «Как показывать объекты на настенной карте»;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6C0E15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2.5.</w:t>
            </w:r>
          </w:p>
        </w:tc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Pr="009A416F" w:rsidRDefault="00AB3EF5">
            <w:pPr>
              <w:autoSpaceDE w:val="0"/>
              <w:autoSpaceDN w:val="0"/>
              <w:spacing w:before="78" w:after="0" w:line="245" w:lineRule="auto"/>
              <w:ind w:left="72" w:right="720"/>
              <w:rPr>
                <w:lang w:val="ru-RU"/>
              </w:rPr>
            </w:pPr>
            <w:r w:rsidRPr="009A416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Определение сторон горизонта при помощи компаса. Компас, его устройство, ориентирование на местности.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03.11.2022 08.11.2022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Pr="009A416F" w:rsidRDefault="00AB3EF5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9A416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Практическая работа с картой: «Как показывать объекты на настенной карте»;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6C0E15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2.6.</w:t>
            </w:r>
          </w:p>
        </w:tc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Pr="009A416F" w:rsidRDefault="00AB3EF5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9A416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Многообразие растений. Деревья, кустарники, травы.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10.11.2022 17.11.2022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Pr="009A416F" w:rsidRDefault="00AB3EF5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9A416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Практическая работа по теме «Рассматривание растений, обсуждение условий благополучного роста и развития растения»;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6C0E15">
        <w:trPr>
          <w:trHeight w:hRule="exact" w:val="188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2.7.</w:t>
            </w:r>
          </w:p>
        </w:tc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64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Дикорастущие и культурные растения.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22.11.2022 24.11.2022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Pr="009A416F" w:rsidRDefault="00AB3EF5">
            <w:pPr>
              <w:autoSpaceDE w:val="0"/>
              <w:autoSpaceDN w:val="0"/>
              <w:spacing w:before="76" w:after="0" w:line="254" w:lineRule="auto"/>
              <w:ind w:left="72" w:right="144"/>
              <w:rPr>
                <w:lang w:val="ru-RU"/>
              </w:rPr>
            </w:pPr>
            <w:r w:rsidRPr="009A416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Классификация растений (по иллюстрациям): дикорастущие — культурные; </w:t>
            </w:r>
            <w:r w:rsidRPr="009A416F">
              <w:rPr>
                <w:lang w:val="ru-RU"/>
              </w:rPr>
              <w:br/>
            </w:r>
            <w:r w:rsidRPr="009A416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Практическая работа по теме «Рассматривание растений, обсуждение условий благополучного роста и развития растения»; </w:t>
            </w:r>
            <w:r w:rsidRPr="009A416F">
              <w:rPr>
                <w:lang w:val="ru-RU"/>
              </w:rPr>
              <w:br/>
            </w:r>
            <w:r w:rsidRPr="009A416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группах с иллюстративным </w:t>
            </w:r>
            <w:r w:rsidRPr="009A416F">
              <w:rPr>
                <w:lang w:val="ru-RU"/>
              </w:rPr>
              <w:br/>
            </w:r>
            <w:r w:rsidRPr="009A416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материалом: составление коллективного </w:t>
            </w:r>
            <w:r w:rsidRPr="009A416F">
              <w:rPr>
                <w:lang w:val="ru-RU"/>
              </w:rPr>
              <w:br/>
            </w:r>
            <w:r w:rsidRPr="009A416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рассказа по теме «Каким бывает растение в разные сезоны»;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6C0E15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2.8.</w:t>
            </w:r>
          </w:p>
        </w:tc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Pr="009A416F" w:rsidRDefault="00AB3EF5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9A416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Связи в природе. Годовой ход изменений в жизни растения.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29.11.2022 02.12.2022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Pr="009A416F" w:rsidRDefault="00AB3EF5">
            <w:pPr>
              <w:autoSpaceDE w:val="0"/>
              <w:autoSpaceDN w:val="0"/>
              <w:spacing w:before="78" w:after="0" w:line="245" w:lineRule="auto"/>
              <w:ind w:left="72" w:right="720"/>
              <w:rPr>
                <w:lang w:val="ru-RU"/>
              </w:rPr>
            </w:pPr>
            <w:r w:rsidRPr="009A416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Экскурсия в парк: сравнение деревьев, кустарников, трав;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6C0E15">
        <w:trPr>
          <w:trHeight w:hRule="exact" w:val="542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2.9.</w:t>
            </w:r>
          </w:p>
        </w:tc>
        <w:tc>
          <w:tcPr>
            <w:tcW w:w="550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Мир животных (фауна).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06.12.2022 08.12.2022</w:t>
            </w:r>
          </w:p>
        </w:tc>
        <w:tc>
          <w:tcPr>
            <w:tcW w:w="34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Pr="009A416F" w:rsidRDefault="00AB3EF5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9A416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Дидактическая игра по теме «Угадай животное по описанию»;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6C0E15">
        <w:trPr>
          <w:trHeight w:hRule="exact" w:val="71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2.10.</w:t>
            </w:r>
          </w:p>
        </w:tc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Pr="009A416F" w:rsidRDefault="00AB3EF5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9A416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Насекомые, рыбы, птицы, звери, земноводные, пресмыкающиеся: общая характеристика (особенности внешнего вида, движений,  питания, размножения).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13.12.2022 20.12.2022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Pr="009A416F" w:rsidRDefault="00AB3EF5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9A416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Логическая задача по теме «Найди ошибку —какое животное попало в эту группу случайно»;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</w:tbl>
    <w:p w:rsidR="006C0E15" w:rsidRDefault="006C0E15">
      <w:pPr>
        <w:autoSpaceDE w:val="0"/>
        <w:autoSpaceDN w:val="0"/>
        <w:spacing w:after="0" w:line="14" w:lineRule="exact"/>
      </w:pPr>
    </w:p>
    <w:p w:rsidR="006C0E15" w:rsidRDefault="006C0E15">
      <w:pPr>
        <w:sectPr w:rsidR="006C0E15">
          <w:pgSz w:w="16840" w:h="11900"/>
          <w:pgMar w:top="284" w:right="640" w:bottom="598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6C0E15" w:rsidRDefault="006C0E15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5500"/>
        <w:gridCol w:w="528"/>
        <w:gridCol w:w="1104"/>
        <w:gridCol w:w="1140"/>
        <w:gridCol w:w="866"/>
        <w:gridCol w:w="3434"/>
        <w:gridCol w:w="1080"/>
        <w:gridCol w:w="1382"/>
      </w:tblGrid>
      <w:tr w:rsidR="006C0E15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2.11.</w:t>
            </w:r>
          </w:p>
        </w:tc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Сезонная жизнь животных.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10.01.2023 12.01.2023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Pr="009A416F" w:rsidRDefault="00AB3EF5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9A416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Дидактическая игра по теме «Угадай животное по описанию»; </w:t>
            </w:r>
            <w:r w:rsidRPr="009A416F">
              <w:rPr>
                <w:lang w:val="ru-RU"/>
              </w:rPr>
              <w:br/>
            </w:r>
            <w:r w:rsidRPr="009A416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Логическая задача по теме «Найди ошибку —какое животное попало в эту группу случайно»;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6C0E15">
        <w:trPr>
          <w:trHeight w:hRule="exact" w:val="66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2.12.</w:t>
            </w:r>
          </w:p>
        </w:tc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Pr="009A416F" w:rsidRDefault="00AB3EF5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9A416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Красная книга России, её значение, отдельные представители растений и животных Красной книги.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17.01.2023 24.01.2023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Pr="009A416F" w:rsidRDefault="00AB3EF5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9A416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Учебный диалог по теме «Что такое Красная книга?»;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6C0E15">
        <w:trPr>
          <w:trHeight w:hRule="exact" w:val="54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2.13.</w:t>
            </w:r>
          </w:p>
        </w:tc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Pr="009A416F" w:rsidRDefault="00AB3EF5">
            <w:pPr>
              <w:autoSpaceDE w:val="0"/>
              <w:autoSpaceDN w:val="0"/>
              <w:spacing w:before="80" w:after="0" w:line="245" w:lineRule="auto"/>
              <w:ind w:left="72"/>
              <w:rPr>
                <w:lang w:val="ru-RU"/>
              </w:rPr>
            </w:pPr>
            <w:r w:rsidRPr="009A416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Заповедники, природные парки. Охрана природы. Правила нравственного поведения на природе.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80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26.01.2023 02.02.2023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Pr="009A416F" w:rsidRDefault="00AB3EF5">
            <w:pPr>
              <w:autoSpaceDE w:val="0"/>
              <w:autoSpaceDN w:val="0"/>
              <w:spacing w:before="80" w:after="0" w:line="245" w:lineRule="auto"/>
              <w:ind w:left="72" w:right="288"/>
              <w:rPr>
                <w:lang w:val="ru-RU"/>
              </w:rPr>
            </w:pPr>
            <w:r w:rsidRPr="009A416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Коллективное составление плана рассказа о редком растении и животном;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80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80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6C0E15">
        <w:trPr>
          <w:trHeight w:hRule="exact" w:val="348"/>
        </w:trPr>
        <w:tc>
          <w:tcPr>
            <w:tcW w:w="5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34</w:t>
            </w:r>
          </w:p>
        </w:tc>
        <w:tc>
          <w:tcPr>
            <w:tcW w:w="90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6C0E15"/>
        </w:tc>
      </w:tr>
      <w:tr w:rsidR="006C0E15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 3.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Правила безопасной жизни.</w:t>
            </w:r>
          </w:p>
        </w:tc>
      </w:tr>
      <w:tr w:rsidR="006C0E15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Pr="009A416F" w:rsidRDefault="00AB3EF5">
            <w:pPr>
              <w:autoSpaceDE w:val="0"/>
              <w:autoSpaceDN w:val="0"/>
              <w:spacing w:before="64" w:after="0" w:line="254" w:lineRule="auto"/>
              <w:ind w:left="72" w:right="144"/>
              <w:rPr>
                <w:lang w:val="ru-RU"/>
              </w:rPr>
            </w:pPr>
            <w:r w:rsidRPr="009A416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07.03.2023 16.03.2023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45" w:lineRule="auto"/>
              <w:ind w:left="72" w:right="144"/>
            </w:pPr>
            <w:r w:rsidRPr="009A416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Учебный диалог по теме «Зачем нужен режим дня?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Почему нужно правильно питаться?»;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6C0E15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Pr="009A416F" w:rsidRDefault="00AB3EF5">
            <w:pPr>
              <w:autoSpaceDE w:val="0"/>
              <w:autoSpaceDN w:val="0"/>
              <w:spacing w:before="66" w:after="0" w:line="245" w:lineRule="auto"/>
              <w:ind w:left="72" w:right="720"/>
              <w:rPr>
                <w:lang w:val="ru-RU"/>
              </w:rPr>
            </w:pPr>
            <w:r w:rsidRPr="009A416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Физическая культура, закаливание, игры на воздухе как условие сохранения и укрепления здоровья.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21.03.2023 23.03.2023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Pr="009A416F" w:rsidRDefault="00AB3EF5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9A416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Беседа по теме «Что может случиться на </w:t>
            </w:r>
            <w:r w:rsidRPr="009A416F">
              <w:rPr>
                <w:lang w:val="ru-RU"/>
              </w:rPr>
              <w:br/>
            </w:r>
            <w:r w:rsidRPr="009A416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прогулке, на игровой площадке, дома и в школе, если не соблюдать правила безопасности»;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6C0E15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3.3.</w:t>
            </w:r>
          </w:p>
        </w:tc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Pr="009A416F" w:rsidRDefault="00AB3EF5">
            <w:pPr>
              <w:autoSpaceDE w:val="0"/>
              <w:autoSpaceDN w:val="0"/>
              <w:spacing w:before="66" w:after="0" w:line="252" w:lineRule="auto"/>
              <w:ind w:left="72" w:right="144"/>
              <w:rPr>
                <w:lang w:val="ru-RU"/>
              </w:rPr>
            </w:pPr>
            <w:r w:rsidRPr="009A416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Правила  безопасности в школе (маршрут до школы, правила поведения на  занятиях, переменах, при приёмах пищи, а также на пришкольной территории).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04.04.2023 11.04.2023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Pr="009A416F" w:rsidRDefault="00AB3EF5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9A416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Беседа по теме «Что может случиться на </w:t>
            </w:r>
            <w:r w:rsidRPr="009A416F">
              <w:rPr>
                <w:lang w:val="ru-RU"/>
              </w:rPr>
              <w:br/>
            </w:r>
            <w:r w:rsidRPr="009A416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прогулке, на игровой площадке, дома и в школе, если не соблюдать правила безопасности»;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6C0E15">
        <w:trPr>
          <w:trHeight w:hRule="exact" w:val="54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3.4.</w:t>
            </w:r>
          </w:p>
        </w:tc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45" w:lineRule="auto"/>
              <w:ind w:left="72"/>
            </w:pPr>
            <w:r w:rsidRPr="009A416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Правила безопасного поведения пассажира наземного транспорта и метро.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Номера телефонов экстренной помощи.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13.04.2023 18.04.2023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Pr="009A416F" w:rsidRDefault="00AB3EF5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9A416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Ролевая игра по теме «Мы — пешеходы»;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6C0E15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3.5.</w:t>
            </w:r>
          </w:p>
        </w:tc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Pr="009A416F" w:rsidRDefault="00AB3EF5">
            <w:pPr>
              <w:autoSpaceDE w:val="0"/>
              <w:autoSpaceDN w:val="0"/>
              <w:spacing w:before="76" w:after="0" w:line="250" w:lineRule="auto"/>
              <w:ind w:left="72" w:right="432"/>
              <w:rPr>
                <w:lang w:val="ru-RU"/>
              </w:rPr>
            </w:pPr>
            <w:r w:rsidRPr="009A416F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Правила поведения при пользовании  компьютером. Безопасность в Интернете (коммуникация  в мессенджерах и социальных группах) в условиях контролируемого доступа в Интернет.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11.05.2023 23.05.2023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Pr="009A416F" w:rsidRDefault="00AB3EF5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9A416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Обсуждение с опорой на иллюстрации </w:t>
            </w:r>
            <w:r w:rsidRPr="009A416F">
              <w:rPr>
                <w:lang w:val="ru-RU"/>
              </w:rPr>
              <w:br/>
            </w:r>
            <w:r w:rsidRPr="009A416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потенциальных опасностей бытовых предметов и ситуаций;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ЦОК, ЦОС, Моя школа</w:t>
            </w:r>
          </w:p>
        </w:tc>
      </w:tr>
      <w:tr w:rsidR="006C0E15">
        <w:trPr>
          <w:trHeight w:hRule="exact" w:val="348"/>
        </w:trPr>
        <w:tc>
          <w:tcPr>
            <w:tcW w:w="5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</w:t>
            </w:r>
          </w:p>
        </w:tc>
        <w:tc>
          <w:tcPr>
            <w:tcW w:w="90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6C0E15"/>
        </w:tc>
      </w:tr>
      <w:tr w:rsidR="006C0E15">
        <w:trPr>
          <w:trHeight w:hRule="exact" w:val="348"/>
        </w:trPr>
        <w:tc>
          <w:tcPr>
            <w:tcW w:w="5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Резервное время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90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6C0E15"/>
        </w:tc>
      </w:tr>
      <w:tr w:rsidR="006C0E15">
        <w:trPr>
          <w:trHeight w:hRule="exact" w:val="328"/>
        </w:trPr>
        <w:tc>
          <w:tcPr>
            <w:tcW w:w="5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Pr="009A416F" w:rsidRDefault="00AB3EF5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9A416F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24</w:t>
            </w:r>
          </w:p>
        </w:tc>
        <w:tc>
          <w:tcPr>
            <w:tcW w:w="67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6C0E15"/>
        </w:tc>
      </w:tr>
    </w:tbl>
    <w:p w:rsidR="006C0E15" w:rsidRDefault="006C0E15">
      <w:pPr>
        <w:autoSpaceDE w:val="0"/>
        <w:autoSpaceDN w:val="0"/>
        <w:spacing w:after="0" w:line="14" w:lineRule="exact"/>
      </w:pPr>
    </w:p>
    <w:p w:rsidR="006C0E15" w:rsidRDefault="006C0E15">
      <w:pPr>
        <w:sectPr w:rsidR="006C0E15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6C0E15" w:rsidRDefault="006C0E15">
      <w:pPr>
        <w:autoSpaceDE w:val="0"/>
        <w:autoSpaceDN w:val="0"/>
        <w:spacing w:after="78" w:line="220" w:lineRule="exact"/>
      </w:pPr>
    </w:p>
    <w:p w:rsidR="006C0E15" w:rsidRDefault="00AB3EF5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ПОУРОЧНОЕ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146"/>
        <w:gridCol w:w="732"/>
        <w:gridCol w:w="1620"/>
        <w:gridCol w:w="1668"/>
        <w:gridCol w:w="1236"/>
        <w:gridCol w:w="1646"/>
      </w:tblGrid>
      <w:tr w:rsidR="006C0E15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3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</w:p>
        </w:tc>
        <w:tc>
          <w:tcPr>
            <w:tcW w:w="16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71" w:lineRule="auto"/>
              <w:ind w:left="72" w:right="43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контроля</w:t>
            </w:r>
          </w:p>
        </w:tc>
      </w:tr>
      <w:tr w:rsidR="006C0E15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E15" w:rsidRDefault="006C0E15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E15" w:rsidRDefault="006C0E15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E15" w:rsidRDefault="006C0E15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E15" w:rsidRDefault="006C0E15"/>
        </w:tc>
      </w:tr>
      <w:tr w:rsidR="006C0E1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Родная страна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01.09.2022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C0E1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Город и село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C0E15">
        <w:trPr>
          <w:trHeight w:hRule="exact" w:val="830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314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Природа и рукотворный мир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08.09.2022</w:t>
            </w:r>
          </w:p>
        </w:tc>
        <w:tc>
          <w:tcPr>
            <w:tcW w:w="164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100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C0E1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Pr="009A416F" w:rsidRDefault="00AB3EF5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9A416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Проверим себя и оценим свои достижения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6C0E15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Неживая и живая природа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6C0E1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Явления природы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C0E1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Неживая и живая природа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C0E15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Что такое погода?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6C0E1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 гости к осени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29.09.2022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C0E1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Звёздное небо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04.10.2022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C0E1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Заглянем в кладовые земли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06.10.2022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C0E15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Про воздух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11.10.2022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100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C0E1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и про воду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13.10.2022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C0E15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Какие бывают растения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18.10.2022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6C0E1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Какие бывают животные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20.10.2022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C0E1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Невидимые нити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01.11.2022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C0E15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Дикорастущие и культурные растения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03.11.2022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</w:tbl>
    <w:p w:rsidR="006C0E15" w:rsidRDefault="006C0E15">
      <w:pPr>
        <w:autoSpaceDE w:val="0"/>
        <w:autoSpaceDN w:val="0"/>
        <w:spacing w:after="0" w:line="14" w:lineRule="exact"/>
      </w:pPr>
    </w:p>
    <w:p w:rsidR="006C0E15" w:rsidRDefault="006C0E15">
      <w:pPr>
        <w:sectPr w:rsidR="006C0E15">
          <w:pgSz w:w="11900" w:h="16840"/>
          <w:pgMar w:top="298" w:right="650" w:bottom="62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C0E15" w:rsidRDefault="006C0E15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146"/>
        <w:gridCol w:w="732"/>
        <w:gridCol w:w="1620"/>
        <w:gridCol w:w="1668"/>
        <w:gridCol w:w="1236"/>
        <w:gridCol w:w="1646"/>
      </w:tblGrid>
      <w:tr w:rsidR="006C0E1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62" w:lineRule="auto"/>
              <w:ind w:left="72" w:right="100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Дикие и домашние животные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08.11.2022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6C0E1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Комнатные растения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10.11.2022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C0E1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Животные живого уголка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15.11.2022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C0E15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Про кошек и собак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17.11.2022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C0E15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Красная книга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22.11.2022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6C0E15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Pr="009A416F" w:rsidRDefault="00AB3EF5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9A416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Будь природе другом.</w:t>
            </w:r>
          </w:p>
          <w:p w:rsidR="006C0E15" w:rsidRPr="009A416F" w:rsidRDefault="00AB3EF5">
            <w:pPr>
              <w:autoSpaceDE w:val="0"/>
              <w:autoSpaceDN w:val="0"/>
              <w:spacing w:before="70" w:after="0" w:line="262" w:lineRule="auto"/>
              <w:ind w:left="72" w:right="144"/>
              <w:rPr>
                <w:lang w:val="ru-RU"/>
              </w:rPr>
            </w:pPr>
            <w:r w:rsidRPr="009A416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Проект «Красная книга, или возьмём под защиту»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24.11.2022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100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C0E15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Pr="009A416F" w:rsidRDefault="00AB3EF5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9A416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Проверим себя и оценим </w:t>
            </w:r>
            <w:r w:rsidRPr="009A416F">
              <w:rPr>
                <w:lang w:val="ru-RU"/>
              </w:rPr>
              <w:br/>
            </w:r>
            <w:r w:rsidRPr="009A416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свои достижения по разделу«Природа»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29.11.2022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6C0E1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Что такое экономика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01.12.2022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C0E1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Из чего что сделано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06.12.2022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C0E1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Как построить дом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08.12.2022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C0E1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Какой бывает транспорт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13.12.2022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C0E1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Культура и образование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15.12.2022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C0E1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Pr="009A416F" w:rsidRDefault="00AB3EF5">
            <w:pPr>
              <w:autoSpaceDE w:val="0"/>
              <w:autoSpaceDN w:val="0"/>
              <w:spacing w:before="100" w:after="0" w:line="262" w:lineRule="auto"/>
              <w:ind w:left="72" w:right="720"/>
              <w:rPr>
                <w:lang w:val="ru-RU"/>
              </w:rPr>
            </w:pPr>
            <w:r w:rsidRPr="009A416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Все профессии важны. Проект «Профессии»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20.12.2022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100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C0E15">
        <w:trPr>
          <w:trHeight w:hRule="exact" w:val="49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 гости к зиме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22.12.2022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Экскурсия;</w:t>
            </w:r>
          </w:p>
        </w:tc>
      </w:tr>
      <w:tr w:rsidR="006C0E1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 гости к зиме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10.01.2023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C0E15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Pr="009A416F" w:rsidRDefault="00AB3EF5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9A416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Проверим себя и оценим </w:t>
            </w:r>
            <w:r w:rsidRPr="009A416F">
              <w:rPr>
                <w:lang w:val="ru-RU"/>
              </w:rPr>
              <w:br/>
            </w:r>
            <w:r w:rsidRPr="009A416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свои достижения по разделу«Жизнь города и села».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12.01.2023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6C0E15">
        <w:trPr>
          <w:trHeight w:hRule="exact" w:val="14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Pr="009A416F" w:rsidRDefault="00AB3EF5">
            <w:pPr>
              <w:autoSpaceDE w:val="0"/>
              <w:autoSpaceDN w:val="0"/>
              <w:spacing w:before="98" w:after="0"/>
              <w:ind w:left="72" w:right="432"/>
              <w:rPr>
                <w:lang w:val="ru-RU"/>
              </w:rPr>
            </w:pPr>
            <w:r w:rsidRPr="009A416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Презентация проектов</w:t>
            </w:r>
            <w:r w:rsidRPr="009A416F">
              <w:rPr>
                <w:lang w:val="ru-RU"/>
              </w:rPr>
              <w:br/>
            </w:r>
            <w:r w:rsidRPr="009A416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«Родное село», «Красная книга, или возьмём под защиту», «Профессии»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17.01.2023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</w:tbl>
    <w:p w:rsidR="006C0E15" w:rsidRDefault="006C0E15">
      <w:pPr>
        <w:autoSpaceDE w:val="0"/>
        <w:autoSpaceDN w:val="0"/>
        <w:spacing w:after="0" w:line="14" w:lineRule="exact"/>
      </w:pPr>
    </w:p>
    <w:p w:rsidR="006C0E15" w:rsidRDefault="006C0E15">
      <w:pPr>
        <w:sectPr w:rsidR="006C0E15">
          <w:pgSz w:w="11900" w:h="16840"/>
          <w:pgMar w:top="284" w:right="650" w:bottom="58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C0E15" w:rsidRDefault="006C0E15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146"/>
        <w:gridCol w:w="732"/>
        <w:gridCol w:w="1620"/>
        <w:gridCol w:w="1668"/>
        <w:gridCol w:w="1236"/>
        <w:gridCol w:w="1646"/>
      </w:tblGrid>
      <w:tr w:rsidR="006C0E1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35.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Строение тела человека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19.01.2023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C0E1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36.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Если хочешь быть здоров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24.01.2023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C0E1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37.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Берегись автомобиля!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26.01.2023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C0E15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38.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Школа пешехода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31.01.2023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6C0E15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39.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Домашние опасности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02.02.2023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C0E1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40.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Пожар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07.02.2023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100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C0E1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41.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Pr="009A416F" w:rsidRDefault="00AB3EF5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9A416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 воде и в лесу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09.02.2023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C0E1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42.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Опасные незнакомцы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14.02.2023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C0E15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43.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Pr="009A416F" w:rsidRDefault="00AB3EF5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9A416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Проверим себя и оценим </w:t>
            </w:r>
            <w:r w:rsidRPr="009A416F">
              <w:rPr>
                <w:lang w:val="ru-RU"/>
              </w:rPr>
              <w:br/>
            </w:r>
            <w:r w:rsidRPr="009A416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свои достижения по разделу«Здоровье и безопасность»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16.02.2023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6C0E1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44.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Наша дружная семья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21.02.2023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C0E1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45.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Проект «Родословная»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28.02.2023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C0E1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46.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 школе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02.03.2023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C0E15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47.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Правила вежливости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07.03.2023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C0E1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48.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Ты и твои друзья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09.03.2023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C0E1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49.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Мы – зрители и пассажиры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14.03.2023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C0E15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50.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Pr="009A416F" w:rsidRDefault="00AB3EF5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9A416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Проверим себя и оценим </w:t>
            </w:r>
            <w:r w:rsidRPr="009A416F">
              <w:rPr>
                <w:lang w:val="ru-RU"/>
              </w:rPr>
              <w:br/>
            </w:r>
            <w:r w:rsidRPr="009A416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свои достижения по разделу«Общение»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16.03.2023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6C0E15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51.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Посмотри вокруг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21.03.2023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6C0E15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52.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62" w:lineRule="auto"/>
              <w:ind w:left="72" w:right="100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Ориентирование на местности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23.03.2023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</w:tbl>
    <w:p w:rsidR="006C0E15" w:rsidRDefault="006C0E15">
      <w:pPr>
        <w:autoSpaceDE w:val="0"/>
        <w:autoSpaceDN w:val="0"/>
        <w:spacing w:after="0" w:line="14" w:lineRule="exact"/>
      </w:pPr>
    </w:p>
    <w:p w:rsidR="006C0E15" w:rsidRDefault="006C0E15">
      <w:pPr>
        <w:sectPr w:rsidR="006C0E15">
          <w:pgSz w:w="11900" w:h="16840"/>
          <w:pgMar w:top="284" w:right="650" w:bottom="676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C0E15" w:rsidRDefault="006C0E15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146"/>
        <w:gridCol w:w="732"/>
        <w:gridCol w:w="1620"/>
        <w:gridCol w:w="1668"/>
        <w:gridCol w:w="1236"/>
        <w:gridCol w:w="1646"/>
      </w:tblGrid>
      <w:tr w:rsidR="006C0E1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53.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Формы земной поверхности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04.04.2023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C0E1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54.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Водные богатства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C0E15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55.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В гости к весне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Экскурсия;</w:t>
            </w:r>
          </w:p>
        </w:tc>
      </w:tr>
      <w:tr w:rsidR="006C0E1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56.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 гости к весне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C0E15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57.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Россия на карте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C0E1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58.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Проект «Города России»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100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6C0E1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59.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Путешествие по Москве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C0E1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60.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Московский Кремль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27.04.2023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C0E1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61.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Город на Неве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02.05.2023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C0E1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62.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Путешествие по планете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04.05.2023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C0E1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63.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Путешествие по материкам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11.05.2023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C0E1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64.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Путешествие по материкам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16.05.2023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C0E1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65.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Pr="009A416F" w:rsidRDefault="00AB3EF5">
            <w:pPr>
              <w:autoSpaceDE w:val="0"/>
              <w:autoSpaceDN w:val="0"/>
              <w:spacing w:before="98" w:after="0" w:line="262" w:lineRule="auto"/>
              <w:ind w:left="72" w:right="720"/>
              <w:rPr>
                <w:lang w:val="ru-RU"/>
              </w:rPr>
            </w:pPr>
            <w:r w:rsidRPr="009A416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Страны мира. Проект«Страны мира»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18.05.2023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Практическая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работа;</w:t>
            </w:r>
          </w:p>
        </w:tc>
      </w:tr>
      <w:tr w:rsidR="006C0E15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66.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100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Итоговое тестирование Впереди лето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23.05.2023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100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6C0E15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67.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Pr="009A416F" w:rsidRDefault="00AB3EF5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9A416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Проверим себя и оценим </w:t>
            </w:r>
            <w:r w:rsidRPr="009A416F">
              <w:rPr>
                <w:lang w:val="ru-RU"/>
              </w:rPr>
              <w:br/>
            </w:r>
            <w:r w:rsidRPr="009A416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свои достижения по разделу«Путешествия»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25.05.2023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6C0E1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68.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итоговый урок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30.05.2023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6C0E15">
        <w:trPr>
          <w:trHeight w:hRule="exact" w:val="808"/>
        </w:trPr>
        <w:tc>
          <w:tcPr>
            <w:tcW w:w="3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Pr="009A416F" w:rsidRDefault="00AB3EF5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9A416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AB3EF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C0E15" w:rsidRDefault="006C0E15"/>
        </w:tc>
      </w:tr>
    </w:tbl>
    <w:p w:rsidR="006C0E15" w:rsidRDefault="006C0E15">
      <w:pPr>
        <w:autoSpaceDE w:val="0"/>
        <w:autoSpaceDN w:val="0"/>
        <w:spacing w:after="0" w:line="14" w:lineRule="exact"/>
      </w:pPr>
    </w:p>
    <w:p w:rsidR="006C0E15" w:rsidRDefault="006C0E15">
      <w:pPr>
        <w:sectPr w:rsidR="006C0E15">
          <w:pgSz w:w="11900" w:h="16840"/>
          <w:pgMar w:top="284" w:right="650" w:bottom="109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C0E15" w:rsidRDefault="006C0E15">
      <w:pPr>
        <w:autoSpaceDE w:val="0"/>
        <w:autoSpaceDN w:val="0"/>
        <w:spacing w:after="78" w:line="220" w:lineRule="exact"/>
      </w:pPr>
    </w:p>
    <w:p w:rsidR="006C0E15" w:rsidRDefault="00AB3EF5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6C0E15" w:rsidRDefault="00AB3EF5">
      <w:pPr>
        <w:autoSpaceDE w:val="0"/>
        <w:autoSpaceDN w:val="0"/>
        <w:spacing w:before="346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:rsidR="006C0E15" w:rsidRPr="009A416F" w:rsidRDefault="00AB3EF5">
      <w:pPr>
        <w:autoSpaceDE w:val="0"/>
        <w:autoSpaceDN w:val="0"/>
        <w:spacing w:before="166" w:after="0" w:line="271" w:lineRule="auto"/>
        <w:ind w:right="720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Окружающий мир (в 2 частях), 2 класс /Плешаков А.А., Акционерное общество «Издательство«Просвещение»; </w:t>
      </w:r>
      <w:r w:rsidRPr="009A416F">
        <w:rPr>
          <w:lang w:val="ru-RU"/>
        </w:rPr>
        <w:br/>
      </w: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>Введите свой вариант:</w:t>
      </w:r>
    </w:p>
    <w:p w:rsidR="006C0E15" w:rsidRPr="009A416F" w:rsidRDefault="00AB3EF5">
      <w:pPr>
        <w:autoSpaceDE w:val="0"/>
        <w:autoSpaceDN w:val="0"/>
        <w:spacing w:before="262" w:after="0" w:line="230" w:lineRule="auto"/>
        <w:rPr>
          <w:lang w:val="ru-RU"/>
        </w:rPr>
      </w:pPr>
      <w:r w:rsidRPr="009A416F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6C0E15" w:rsidRPr="009A416F" w:rsidRDefault="00AB3EF5">
      <w:pPr>
        <w:autoSpaceDE w:val="0"/>
        <w:autoSpaceDN w:val="0"/>
        <w:spacing w:before="166" w:after="0" w:line="262" w:lineRule="auto"/>
        <w:ind w:right="1008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>1. Плешаков, А.А. Окружающий мир. Тесты. 2 класс: пособие для учащихся общеобразоват. учреждений / А.А. Плешаков, Н.Н. Гара, З.Д. Назарова. – М.: Просвещение, 2013.</w:t>
      </w:r>
    </w:p>
    <w:p w:rsidR="006C0E15" w:rsidRPr="009A416F" w:rsidRDefault="00AB3EF5">
      <w:pPr>
        <w:autoSpaceDE w:val="0"/>
        <w:autoSpaceDN w:val="0"/>
        <w:spacing w:before="408" w:after="0" w:line="262" w:lineRule="auto"/>
        <w:ind w:right="432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>2. Плешаков, А.А. От земли до неба : атлас-определитель : пособие для учащихся общеобразоват. учреждений: / А.А. Плешаков, А.А. Румянцев. – М.: Просвещение, 2013.</w:t>
      </w:r>
    </w:p>
    <w:p w:rsidR="006C0E15" w:rsidRPr="009A416F" w:rsidRDefault="00AB3EF5">
      <w:pPr>
        <w:autoSpaceDE w:val="0"/>
        <w:autoSpaceDN w:val="0"/>
        <w:spacing w:before="406" w:after="0" w:line="262" w:lineRule="auto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>3. Плешаков, А.А. Зелёные страницы : кн. для учащихся нач. кл. / А.А. Плешаков. – М.: Просвещение, 2012.</w:t>
      </w:r>
    </w:p>
    <w:p w:rsidR="006C0E15" w:rsidRPr="009A416F" w:rsidRDefault="00AB3EF5">
      <w:pPr>
        <w:autoSpaceDE w:val="0"/>
        <w:autoSpaceDN w:val="0"/>
        <w:spacing w:before="262" w:after="0" w:line="230" w:lineRule="auto"/>
        <w:rPr>
          <w:lang w:val="ru-RU"/>
        </w:rPr>
      </w:pPr>
      <w:r w:rsidRPr="009A416F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6C0E15" w:rsidRPr="009A416F" w:rsidRDefault="006C0E15">
      <w:pPr>
        <w:rPr>
          <w:lang w:val="ru-RU"/>
        </w:rPr>
        <w:sectPr w:rsidR="006C0E15" w:rsidRPr="009A416F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C0E15" w:rsidRPr="009A416F" w:rsidRDefault="006C0E15">
      <w:pPr>
        <w:autoSpaceDE w:val="0"/>
        <w:autoSpaceDN w:val="0"/>
        <w:spacing w:after="78" w:line="220" w:lineRule="exact"/>
        <w:rPr>
          <w:lang w:val="ru-RU"/>
        </w:rPr>
      </w:pPr>
    </w:p>
    <w:p w:rsidR="006C0E15" w:rsidRPr="009A416F" w:rsidRDefault="00AB3EF5">
      <w:pPr>
        <w:autoSpaceDE w:val="0"/>
        <w:autoSpaceDN w:val="0"/>
        <w:spacing w:after="0" w:line="230" w:lineRule="auto"/>
        <w:rPr>
          <w:lang w:val="ru-RU"/>
        </w:rPr>
      </w:pPr>
      <w:r w:rsidRPr="009A416F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</w:t>
      </w:r>
    </w:p>
    <w:p w:rsidR="006C0E15" w:rsidRPr="009A416F" w:rsidRDefault="00AB3EF5">
      <w:pPr>
        <w:autoSpaceDE w:val="0"/>
        <w:autoSpaceDN w:val="0"/>
        <w:spacing w:before="346" w:after="0" w:line="230" w:lineRule="auto"/>
        <w:rPr>
          <w:lang w:val="ru-RU"/>
        </w:rPr>
      </w:pPr>
      <w:r w:rsidRPr="009A416F">
        <w:rPr>
          <w:rFonts w:ascii="Times New Roman" w:eastAsia="Times New Roman" w:hAnsi="Times New Roman"/>
          <w:b/>
          <w:color w:val="000000"/>
          <w:sz w:val="24"/>
          <w:lang w:val="ru-RU"/>
        </w:rPr>
        <w:t>УЧЕБНОЕ ОБОРУДОВАНИЕ</w:t>
      </w:r>
    </w:p>
    <w:p w:rsidR="006C0E15" w:rsidRPr="009A416F" w:rsidRDefault="00AB3EF5">
      <w:pPr>
        <w:autoSpaceDE w:val="0"/>
        <w:autoSpaceDN w:val="0"/>
        <w:spacing w:before="166" w:after="0" w:line="262" w:lineRule="auto"/>
        <w:ind w:right="2448"/>
        <w:rPr>
          <w:lang w:val="ru-RU"/>
        </w:rPr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>Окружающий мир : электронное приложение к учебнику А.А. Плешаков. (</w:t>
      </w:r>
      <w:r>
        <w:rPr>
          <w:rFonts w:ascii="Times New Roman" w:eastAsia="Times New Roman" w:hAnsi="Times New Roman"/>
          <w:color w:val="000000"/>
          <w:sz w:val="24"/>
        </w:rPr>
        <w:t>CD</w:t>
      </w: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>) Мультимедийная программа «Энциклопедия Кирилла и Мефодия, 2009г.»</w:t>
      </w:r>
    </w:p>
    <w:p w:rsidR="006C0E15" w:rsidRPr="009A416F" w:rsidRDefault="00AB3EF5">
      <w:pPr>
        <w:autoSpaceDE w:val="0"/>
        <w:autoSpaceDN w:val="0"/>
        <w:spacing w:before="262" w:after="0" w:line="262" w:lineRule="auto"/>
        <w:ind w:right="720"/>
        <w:rPr>
          <w:lang w:val="ru-RU"/>
        </w:rPr>
      </w:pPr>
      <w:r w:rsidRPr="009A416F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ЛАБОРАТОРНЫХ, ПРАКТИЧЕСКИХ РАБОТ, ДЕМОНСТРАЦИЙ</w:t>
      </w:r>
    </w:p>
    <w:p w:rsidR="006C0E15" w:rsidRDefault="00AB3EF5">
      <w:pPr>
        <w:autoSpaceDE w:val="0"/>
        <w:autoSpaceDN w:val="0"/>
        <w:spacing w:before="166" w:after="0" w:line="271" w:lineRule="auto"/>
        <w:ind w:right="576"/>
      </w:pPr>
      <w:r w:rsidRPr="009A416F">
        <w:rPr>
          <w:rFonts w:ascii="Times New Roman" w:eastAsia="Times New Roman" w:hAnsi="Times New Roman"/>
          <w:color w:val="000000"/>
          <w:sz w:val="24"/>
          <w:lang w:val="ru-RU"/>
        </w:rPr>
        <w:t xml:space="preserve">Комплект демонстрационных таблиц к учебнику «Окружающий мир» А. А. Плешакова Аудиторная доска с магнитной поверхностью и набором приспособлений для крепления таблиц, интерактивная доска, компьютерная техника. </w:t>
      </w:r>
      <w:r>
        <w:rPr>
          <w:rFonts w:ascii="Times New Roman" w:eastAsia="Times New Roman" w:hAnsi="Times New Roman"/>
          <w:color w:val="000000"/>
          <w:sz w:val="24"/>
        </w:rPr>
        <w:t>Интернет.</w:t>
      </w:r>
    </w:p>
    <w:p w:rsidR="006C0E15" w:rsidRDefault="00AB3EF5">
      <w:pPr>
        <w:autoSpaceDE w:val="0"/>
        <w:autoSpaceDN w:val="0"/>
        <w:spacing w:before="408" w:after="0" w:line="230" w:lineRule="auto"/>
      </w:pPr>
      <w:r>
        <w:rPr>
          <w:rFonts w:ascii="Times New Roman" w:eastAsia="Times New Roman" w:hAnsi="Times New Roman"/>
          <w:color w:val="000000"/>
          <w:sz w:val="24"/>
        </w:rPr>
        <w:t>Гербарии, наборы полезных ископаемых.</w:t>
      </w:r>
    </w:p>
    <w:p w:rsidR="006C0E15" w:rsidRDefault="006C0E15">
      <w:pPr>
        <w:sectPr w:rsidR="006C0E15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AB3EF5" w:rsidRDefault="00AB3EF5"/>
    <w:sectPr w:rsidR="00AB3EF5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4D639C"/>
    <w:rsid w:val="00613CCE"/>
    <w:rsid w:val="006C0E15"/>
    <w:rsid w:val="009A416F"/>
    <w:rsid w:val="00AA1D8D"/>
    <w:rsid w:val="00AB3EF5"/>
    <w:rsid w:val="00B47730"/>
    <w:rsid w:val="00B9390D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B93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B939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B93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B939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4BF69F3-AD44-4E0E-AF3A-D12B61C8F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5419</Words>
  <Characters>30891</Characters>
  <Application>Microsoft Office Word</Application>
  <DocSecurity>0</DocSecurity>
  <Lines>257</Lines>
  <Paragraphs>72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36238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pk</cp:lastModifiedBy>
  <cp:revision>2</cp:revision>
  <dcterms:created xsi:type="dcterms:W3CDTF">2023-10-30T11:23:00Z</dcterms:created>
  <dcterms:modified xsi:type="dcterms:W3CDTF">2023-10-30T11:23:00Z</dcterms:modified>
</cp:coreProperties>
</file>