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C96" w:rsidRDefault="001A6C96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1A6C96" w:rsidRPr="00954835" w:rsidRDefault="007539AE">
      <w:pPr>
        <w:rPr>
          <w:lang w:val="ru-RU"/>
        </w:rPr>
        <w:sectPr w:rsidR="001A6C96" w:rsidRPr="00954835" w:rsidSect="007539AE">
          <w:pgSz w:w="11900" w:h="16840"/>
          <w:pgMar w:top="298" w:right="780" w:bottom="296" w:left="924" w:header="720" w:footer="720" w:gutter="0"/>
          <w:cols w:space="720" w:equalWidth="0">
            <w:col w:w="10196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55B38C1A" wp14:editId="7B39F1F4">
            <wp:extent cx="572833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1440" w:right="1440" w:bottom="1440" w:left="1440" w:header="720" w:footer="720" w:gutter="0"/>
          <w:cols w:space="720" w:equalWidth="0">
            <w:col w:w="10196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216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1A6C96" w:rsidRPr="00954835" w:rsidRDefault="00D26218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«Русский язык» для обучающихся 2 классов на уровне начального общего образования составлена на основе Требований к результатам освоения программы началь​ного общего образования Федерального государственного обра​зовательного стандарта начального общего образования (да​лее — ФГОС НОО), а также ориентирована на целевые приори​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теты, сформулированные в Примерной программе воспитания.</w:t>
      </w:r>
    </w:p>
    <w:p w:rsidR="001A6C96" w:rsidRPr="00954835" w:rsidRDefault="00D26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:rsidR="001A6C96" w:rsidRPr="00954835" w:rsidRDefault="00D26218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на​чальной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значительным потенциа​лом в развитии функциональной грамотности младших школь​ников, особенно таких её компонентов, как языковая, комму​никативная, читательская, общекультурная и социальная гра​мотность.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различ​ных сферах и ситуациях общения способствуют успешной соци​ализации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фор​мировании самосознания и мировоззрения личности, является важнейшим средством хранения и передачи информации, куль​турных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духовно​нрав​ственных ценностей, принятых в обществе правил и норм пове​дения,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личност​ных результатов —длительный процесс, разворачивающийся на протяжении изучения содержания предмета.</w:t>
      </w:r>
    </w:p>
    <w:p w:rsidR="001A6C96" w:rsidRPr="00954835" w:rsidRDefault="00D26218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планиру​емых результатов обучения является признание равной значимости работы по изучению системы языка и работы по совер​шенствованию речи младших школьников. Языковой материал призван сформировать первоначальные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струк​туре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использо​вания усвоенных норм русского литературного языка, речевых норм и правил речевого этикета в процессе устного и письмен​ного общения. Ряд задач по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 речевой дея​тельности решаются совместно с учебным предметом «Литера​турное чтение».</w:t>
      </w:r>
    </w:p>
    <w:p w:rsidR="001A6C96" w:rsidRPr="00954835" w:rsidRDefault="00D2621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язы​ка», во 2 классе — 170 ч. </w:t>
      </w:r>
    </w:p>
    <w:p w:rsidR="001A6C96" w:rsidRPr="00954835" w:rsidRDefault="00D26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436" w:right="650" w:bottom="4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78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/>
        <w:ind w:right="144" w:firstLine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дей​ствий на материале русского языка станут фундаментом обучения в основном звене школы, а также будут востребованы в жизни.</w:t>
      </w:r>
    </w:p>
    <w:p w:rsidR="001A6C96" w:rsidRPr="00954835" w:rsidRDefault="00D2621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:rsidR="001A6C96" w:rsidRPr="00954835" w:rsidRDefault="00D26218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нравственных ценностей народа; понимание роли языка как основного средства общения; осознание значения русского язы​ка как государственного языка Российской Федерации; пони​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об​щения; осознание правильной устной и письменной речи как показателя общей культуры человека;</w:t>
      </w:r>
    </w:p>
    <w:p w:rsidR="001A6C96" w:rsidRPr="00954835" w:rsidRDefault="00D26218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ос​нове первоначальных представлений о нормах современного русского литературного языка: аудированием, говорением, чте​нием, письмом;</w:t>
      </w:r>
    </w:p>
    <w:p w:rsidR="001A6C96" w:rsidRPr="00954835" w:rsidRDefault="00D26218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морфе​мике, морфологии и синтаксисе; об основных единицах языка, их признаках и особенностях употребления в речи; использова​ние в речевой деятельности норм современного русского литера​турного языка (орфоэпических, лексических, грамматических, орфографических, пунктуационных) и речевого этикета;</w:t>
      </w:r>
    </w:p>
    <w:p w:rsidR="001A6C96" w:rsidRPr="00954835" w:rsidRDefault="00D26218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98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78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346" w:after="0"/>
        <w:ind w:right="576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 и явле​ние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Смыслоразличительная функция звуков; различение звуков и букв; различение ударных и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безударных гласных звуков, твёрдых и мягких согласных звуков, звонких и глухих соглас​ ных звуков; шипящие согласные звуки [ж], [ш], [ч’], [щ’]; обозначение на письме твёрдости и мягкости согласных звуков, функции букв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; согласный звук [й’] и гласный звук [и] (повторение изученного в 1 классе). 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 согласный; гласный ударный — безударный; согласный твёрдый — мяг​кий, парный — непарный; согласный звонкий — глухой, пар​ный — непарный. Функции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 показатель мягкости предшествующего соглас​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ного в конце и в середине слова; разделительный. Использова​ние на письме разделительных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ъ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ь.</w:t>
      </w:r>
    </w:p>
    <w:p w:rsidR="001A6C96" w:rsidRPr="00954835" w:rsidRDefault="00D26218">
      <w:pPr>
        <w:autoSpaceDE w:val="0"/>
        <w:autoSpaceDN w:val="0"/>
        <w:spacing w:before="70" w:after="0"/>
        <w:ind w:right="144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Соотношение звукового и буквенного состава в словах с бук​вами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(в начале слова и после гласных). Деление слов на слоги (в том числе при стечении соглас​ных).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78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нике). Использование отработанного перечня слов (орфоэпиче​ского словаря учебника) для решения практических задач.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Слово как единство звучания и значения. Лексическое значе​ние слова (общее представление). Выявление слов, значение которых требует уточнения. Определение значения слова по тек​сту или уточнение значения с помощью толкового словаря. Однозначные и многозначные слова (простые случаи, наблю​дение). Наблюдение за использованием в речи синонимов, антонимов.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Состав слова (морфемика)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Корень как обязательная часть слова. Однокоренные (род​ственные)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 Окончание как изменяемая часть слова. Изменение формы слова с помощью окончания. Различение изменяемых и неиз​меняемых слов. Суффикс как часть слова (наблюдение). Приставка как часть слова (наблюдение).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Имя существительное (ознакомление): общее значение, во​просы («кто?», «что?»), употребление в речи. Глагол (ознакомление): общее значение, вопросы («что де​лать?», «что сделать?» и др.), употребление в речи. Имя прилагательное (ознакомление): общее значение, вопро​сы («какой?»,«какая?», «какое?», «какие?»), употребление в речи. Предлог. Отличие предлогов от приставок. Наиболее распро​странённые предлоги: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в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на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из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без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над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до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у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о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и др.</w:t>
      </w:r>
    </w:p>
    <w:p w:rsidR="001A6C96" w:rsidRPr="00954835" w:rsidRDefault="00D26218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Порядок слов в предложении; связь слов в предложении (по​вторение). Предложение как единица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66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/>
        <w:ind w:right="144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языка. Предложение и слово. От​личие предложения от слова. Наблюдение за выделением в уст​ной речи одного из слов предложения (логическое ударение). Виды предложений по цели высказывания: повествователь​ные, вопросительные, побудительные предложения. Виды предложений по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эмоциональной окраске (по интона​ции): восклицательные и невосклицательные предложения.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Прописная буква в начале предложения и в именах собствен​ных (имена, фамилии, клички животных); знаки препинания в конце предложения; перенос слов со строки на строку (без учё​та морфемного членения слова); гласные после шипящих в соче​таниях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(в положении под ударением),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; сочетания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чн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(повторение правил правописания, изученных в 1 классе). Орфографическая зоркость как осознание места возможного возникновения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орфо​графического словаря учебника для определения (уточнения) написания слова. Контроль и самоконтроль при проверке соб​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ственных и предложенных текстов. Орфографическая зоркость как осознание места возможного возникновения 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</w:t>
      </w:r>
      <w:r w:rsidRPr="0095483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графического словаря учебника для определения (уточнения) написания слова. Контроль и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самоконтроль при проверке соб​ственных и предложенных текстов.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·  разделительный мягкий знак;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·  сочетания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·  проверяемые безударные гласные в корне слова;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·  парные звонкие и глухие согласные в корне слова;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·  непроверяемые гласные и согласные (перечень слов в орфо​графическом словаре учебника);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·  прописная буква в именах собственных: имена, фамилии, от​чества людей, клички животных, географические названия;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·  раздельное написание предлогов с именами существитель​ными.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Выбор языковых средств в соответствии с целями и условия​ми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поддер​жать, закончить разговор, привлечь внимание и т. п.).</w:t>
      </w:r>
    </w:p>
    <w:p w:rsidR="001A6C96" w:rsidRPr="00954835" w:rsidRDefault="00D26218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Практи​ческое овладение диалогической формой речи. Соблюдение норм речевого этикета и орфоэпических норм в ситуациях учеб​ного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A6C96" w:rsidRPr="00954835" w:rsidRDefault="00D26218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Составление устного рассказа по репродукции картины. Со​ставление устного рассказа по личным наблюдениям и вопросам. 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За​главие текста. Подбор заголовков к предложенным текстам. Последовательность частей текста (</w:t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абзацев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). Корректирование текстов с нарушенным порядком предложений и абзацев.</w:t>
      </w:r>
    </w:p>
    <w:p w:rsidR="001A6C96" w:rsidRPr="00954835" w:rsidRDefault="00D2621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1A6C96" w:rsidRPr="00954835" w:rsidRDefault="00D26218">
      <w:pPr>
        <w:autoSpaceDE w:val="0"/>
        <w:autoSpaceDN w:val="0"/>
        <w:spacing w:before="70" w:after="0" w:line="271" w:lineRule="auto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Поздравление и поздравительная открытка. Понимание текста: развитие умения формулировать простые выводы на основе информации, содержащейся в тексте. Выра​зительное чтение текста вслух с соблюдением правильной инто​нации.</w:t>
      </w:r>
    </w:p>
    <w:p w:rsidR="001A6C96" w:rsidRPr="00954835" w:rsidRDefault="00D2621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Подробное изложение повествовательного текста объёмом 30—45 слов с опорой на вопросы.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86" w:right="672" w:bottom="656" w:left="666" w:header="720" w:footer="720" w:gutter="0"/>
          <w:cols w:space="720" w:equalWidth="0">
            <w:col w:w="10562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78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1A6C96" w:rsidRPr="00954835" w:rsidRDefault="00D26218">
      <w:pPr>
        <w:autoSpaceDE w:val="0"/>
        <w:autoSpaceDN w:val="0"/>
        <w:spacing w:before="382"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граждан​ской идентичности, понимание роли русского языка как государственного языка Российской Федерации и языка межнацио​нального общения народов России;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сопричастность к прошлому, настоящему и будущему сво​ей страны и родного края, в том числе через обсуждение ситуаций при работе с художественными произведениями;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об​щества, о правах и ответственности, уважении и достоинстве человека, о нравственно​этических нормах поведения и прави​лах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проявление сопереживания, уважения и доброжелатель​ ности, в том числе с использованием адекватных языковых средств для выражения своего состояния и чувств;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художе​ственной деятельности, в том числе в искусстве слова; осозна​ние важности русского языка как средства общения и самовы​ражения; 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здо​ровью, проявляющееся в выборе приемлемых способов речевого самовыражения и соблюдении норм речевого этикета и пра​вил общения;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трудо​вой деятельности, интерес к различным профессиям, возника​ющий при обсуждении примеров из художественных произве​дений;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78" w:line="220" w:lineRule="exact"/>
        <w:rPr>
          <w:lang w:val="ru-RU"/>
        </w:rPr>
      </w:pPr>
    </w:p>
    <w:p w:rsidR="001A6C96" w:rsidRPr="00954835" w:rsidRDefault="00D26218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актив​ность и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:rsidR="001A6C96" w:rsidRPr="00954835" w:rsidRDefault="00D26218">
      <w:pPr>
        <w:autoSpaceDE w:val="0"/>
        <w:autoSpaceDN w:val="0"/>
        <w:spacing w:before="262"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грамматиче​ский признак, лексическое значение и др.); устанавливать аналогии языковых единиц;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определённо​му признаку;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находить в языковом материале закономерности и проти​воречия на основе предложенного учителем алгоритма наблюдения; анализировать алгоритм действий при работе с языко​выми единицами, самостоятельно выделять учебные операции при анализе языковых единиц;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фор​мулировать запрос на дополнительную информацию;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из​менения языкового объекта, речевой ситуации;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лингви​стическое мини​-исследование,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66" w:line="220" w:lineRule="exact"/>
        <w:rPr>
          <w:lang w:val="ru-RU"/>
        </w:rPr>
      </w:pPr>
    </w:p>
    <w:p w:rsidR="001A6C96" w:rsidRPr="00954835" w:rsidRDefault="00D26218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анализировать и создавать текстовую, видео​, графиче​скую, звуковую информацию в соответствии с учебной зада​чей;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зафиксирован​ную в виде таблиц, схем; самостоятельно создавать схемы, таблицы для представления лингвистической информации.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эмо​ции в соответствии с целями и условиями общения в знакомой среде;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со​блюдать правила ведения диалоги и дискуссии;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мне​ние;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готовить небольшие публичные выступления о результа​тах парной и групповой работы, о результатах наблюдения, выполненного мини​-исследования, проектного задания;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1A6C96" w:rsidRPr="00954835" w:rsidRDefault="00D26218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деятель​ности;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деятельно​сти одноклассников, объективно оценивать их по предложен​ным критериям.</w:t>
      </w:r>
    </w:p>
    <w:p w:rsidR="001A6C96" w:rsidRPr="00954835" w:rsidRDefault="00D26218">
      <w:pPr>
        <w:autoSpaceDE w:val="0"/>
        <w:autoSpaceDN w:val="0"/>
        <w:spacing w:before="262"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(ин​дивидуальные с учётом участия в коллективных задачах) в стандартной (типовой) ситуации на основе предложенного учи​телем формата планирования, распределения промежуточных шагов и сроков;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78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:rsidR="001A6C96" w:rsidRPr="00954835" w:rsidRDefault="00D26218">
      <w:pPr>
        <w:autoSpaceDE w:val="0"/>
        <w:autoSpaceDN w:val="0"/>
        <w:spacing w:before="262" w:after="0" w:line="230" w:lineRule="auto"/>
        <w:rPr>
          <w:lang w:val="ru-RU"/>
        </w:rPr>
      </w:pP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1A6C96" w:rsidRPr="00954835" w:rsidRDefault="00D26218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95483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втором классе 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осознавать язык как основное средство общения;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звонкости/глу​хости;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 (в том числе при сте​чении согласных); делить слово на слоги;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соотношение звукового и буквенного соста​ва, в том числе с учётом функций букв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обозначать на письме мягкость согласных звуков буквой мягкий знак в середине слова;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находить однокоренные слова;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корень (простые случаи);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окончание;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на​зывания терминов);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 отвечающие  на  вопросы  «кто?»,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«что?»;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«что де​лать?», «что сделать?» и др.;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«какой?», «какая?», «какое?», «какие?»;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вид предложения по цели высказывания и по эмоциональной окраске;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находить место орфограммы в слове и между словами на изученные правила;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применять изученные правила правописания, в том чис​ле: сочетания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чн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5483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</w:t>
      </w:r>
      <w:r w:rsidRPr="00954835">
        <w:rPr>
          <w:lang w:val="ru-RU"/>
        </w:rPr>
        <w:br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прописная бук​ва в именах, отчествах, фамилиях людей, кличках живот​ных, географических названиях; раздельное написание пред​логов с именами существительными, разделительный мягкий знак;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50 слов;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пользоваться толковым, орфографическим, орфоэпиче​ским словарями учебника;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строить устное диалогическое и монологическое выска​зывание (2—4 предложения на определённую тему, по наблюдениям) с соблюдением орфоэпических норм, правильной ин​тонации;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простые выводы на основе прочитанного (услышанного) устно и письменно (1—2 предложения);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предложения из слов, устанавливая между ни​ми смысловую связь по вопросам;</w:t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тему текста и озаглавливать текст, отражая его тему;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составлять текст из разрозненных предложений, частей текста;</w:t>
      </w:r>
      <w:r w:rsidRPr="00954835">
        <w:rPr>
          <w:lang w:val="ru-RU"/>
        </w:rPr>
        <w:br/>
      </w:r>
      <w:r w:rsidRPr="00954835">
        <w:rPr>
          <w:lang w:val="ru-RU"/>
        </w:rPr>
        <w:tab/>
      </w: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писать подробное изложение повествовательного текста объёмом 30—45 слов с опорой на вопросы;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98" w:right="690" w:bottom="452" w:left="666" w:header="720" w:footer="720" w:gutter="0"/>
          <w:cols w:space="720" w:equalWidth="0">
            <w:col w:w="10544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78" w:line="220" w:lineRule="exact"/>
        <w:rPr>
          <w:lang w:val="ru-RU"/>
        </w:rPr>
      </w:pPr>
    </w:p>
    <w:p w:rsidR="001A6C96" w:rsidRPr="00954835" w:rsidRDefault="00D26218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954835">
        <w:rPr>
          <w:rFonts w:ascii="Times New Roman" w:eastAsia="Times New Roman" w:hAnsi="Times New Roman"/>
          <w:color w:val="000000"/>
          <w:sz w:val="24"/>
          <w:lang w:val="ru-RU"/>
        </w:rPr>
        <w:t>—    объяснять своими словами значение изученных понятий; использовать изученные понятия.</w:t>
      </w:r>
    </w:p>
    <w:p w:rsidR="001A6C96" w:rsidRPr="00954835" w:rsidRDefault="001A6C96">
      <w:pPr>
        <w:rPr>
          <w:lang w:val="ru-RU"/>
        </w:rPr>
        <w:sectPr w:rsidR="001A6C96" w:rsidRPr="00954835">
          <w:pgSz w:w="11900" w:h="16840"/>
          <w:pgMar w:top="298" w:right="1150" w:bottom="1440" w:left="846" w:header="720" w:footer="720" w:gutter="0"/>
          <w:cols w:space="720" w:equalWidth="0">
            <w:col w:w="9904" w:space="0"/>
          </w:cols>
          <w:docGrid w:linePitch="360"/>
        </w:sectPr>
      </w:pPr>
    </w:p>
    <w:p w:rsidR="001A6C96" w:rsidRPr="00954835" w:rsidRDefault="001A6C96">
      <w:pPr>
        <w:autoSpaceDE w:val="0"/>
        <w:autoSpaceDN w:val="0"/>
        <w:spacing w:after="64" w:line="220" w:lineRule="exact"/>
        <w:rPr>
          <w:lang w:val="ru-RU"/>
        </w:rPr>
      </w:pPr>
    </w:p>
    <w:p w:rsidR="001A6C96" w:rsidRDefault="00D26218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1A6C96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</w:tr>
      <w:tr w:rsidR="001A6C96" w:rsidRPr="0095483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1.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Общие сведения о языке</w:t>
            </w:r>
          </w:p>
        </w:tc>
      </w:tr>
      <w:tr w:rsidR="001A6C96" w:rsidRPr="00954835">
        <w:trPr>
          <w:trHeight w:hRule="exact" w:val="361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 как основное средство человеческого общения и явление национальной культуры.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Многообразие языкового пространства России и мира (первоначальные представления).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на тему «Язык —средство общения людей и явление культуры»;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9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1.Сайт «Я иду на урок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начальной школы»: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nsc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2.Электронная версия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журнала «Начальная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школа»: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nsc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ind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ex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php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3.Социальная сеть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работников образования: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nachalnaya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4.Фестиваль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педагогических идей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«Открытый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урок»: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festival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</w:t>
            </w:r>
          </w:p>
        </w:tc>
      </w:tr>
      <w:tr w:rsidR="001A6C96" w:rsidRPr="00954835">
        <w:trPr>
          <w:trHeight w:hRule="exact" w:val="361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различными методами познания языка: наблюдение, анализ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02.09.2022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форму​лирование вывода о языке как основном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средстве человече​ского общения и явлении национальной культуры;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1.Сайт «Я иду на урок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начальной школы»: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nsc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2.Электронная версия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журнала «Начальная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школа»: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nsc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ind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ex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php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3.Социальная сеть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работников образования: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nachalnaya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4.Фестиваль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педагогических идей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«Открытый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урок»: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festival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</w:t>
            </w:r>
          </w:p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 и графика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2" w:right="640" w:bottom="82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Повторение изученного в 1 классе: 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ж], [ш], [ч’], [щ’]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обозначение на письме твёрдости и мягкости согласных звуков, функции букв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е, ё, ю, я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согласный звук [й’] и гласный звук [и].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схемой «Звуки русского языка», характеристика звуков речи с опорой на схему;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Дидактическая игра «Определи звук по его характеристике»;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школа</w:t>
            </w:r>
          </w:p>
        </w:tc>
      </w:tr>
      <w:tr w:rsidR="001A6C96" w:rsidRPr="00954835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 согласный; гласный ударный — безударный; согласный твёрдый —мягкий, парный — непарный; согласный звонкий — глухой, парный — непарный.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20.01.2023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работа, в ходе которой необходимо дать характеристику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нескольким звукам (гласные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ударные/ безударные; согласные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твёрдые/мягкие, звонкие/глухие); Игра-​соревнование «Приведи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 звука» (в ходе игры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необходимо приводить примеры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гласных звуков, твёрдых/ мягких, звонких/глухих согласных; парных и непарных по твёрдости — мягкости согласных звуков; парных и непар​</w:t>
            </w:r>
            <w:r w:rsidRPr="00954835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ных по звонкости — глухости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согласных звуков);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1.Сайт «Я иду на урок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начальной школы»: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nsc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2.Электронная версия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журнала «Начальная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школа»: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nsc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ind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ex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php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3.Социальная сеть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работников образования: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nachalnaya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4.Фестиваль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педагогических идей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«Открытый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урок»: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festival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septe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mber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1A6C96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Функции ь: показатель мягкости предшествующего согласного в конце и в середине слова; разделительный.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Использование на письме разделительных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ъ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13.12.2022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 функций ь (раздели​</w:t>
            </w:r>
            <w:r w:rsidRPr="00954835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тельный и показатель мягкости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предшествующего согласно​го)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предложенных словах;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соотношения звукового и буквенного состава в словах с буквами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е, ё, ю, я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начале слова и после гласных).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Практическое зада​ние: закрепление на письме способов обозначения мягкости согласных звуков;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Деление слов на слоги (в том числе при стечении согласных).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диалог, в ходе которого актуализируется способ определения количества слогов в слове;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знания алфавита при работе со словарями.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выполнение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практической задачи по поиску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предложенного набора слов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толковом словаре (отрабатывается в том числе умение использовать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знание алфавита для ориентации в словаре);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9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небуквенных графических средств: пробела между словами, знака переноса, абзаца (красной строки), пунктуационных знаков (в пределах изученного)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диалог, в ходе которого актуализируется способ определения количества слогов в слове;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40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Лексика</w:t>
            </w:r>
          </w:p>
        </w:tc>
      </w:tr>
      <w:tr w:rsidR="001A6C96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слова как единства звучания и значения. Лексическое значение слова (общее представление).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11.10.2022 13.10.2022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рисунками: объяснять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значение слова с опорой на рисунок и систему вопросов;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Дидактическая игра «Угадай, какое это слово» (в ходе игры нужно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опознавать слова по их лексическим значе​ниям);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наблюдение за значением слов в тексте,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значения слова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 на текст;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записями на доске: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нахождение ошибок в объясне​нии лексического значения слов;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Выявление слов, значение которых требует уточнения. Определение значения слова по тексту или уточнение значения с помощью толкового словаря.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14.10.2022 18.10.2022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выписать из толкового словаря значение пяти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слов, которые раньше не знал(а);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один ученик читает значение слова из толкового словаря в учебнике, второй отгадывает это слово, потом меняются ролями;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92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Однозначные и многозначные слова (простые случаи, наблюдение)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19.10.2022 21.10.2022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right="432"/>
              <w:jc w:val="center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сопоставление значений многозначного слова;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29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использованием в речи синонимов, антонимов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01.11.2022 02.11.2022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имеющими противоположное значение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(антонимами). Анализ лексического значения слов — антонимов;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Дидактическая игра «Назови слово, противоположное по значению»;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подбор антонимов к предложенным словам;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поиск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текстах антонимов;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анализ уместности использования слов в предложениях, находить случаи неудачного выбора слова;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Состав слова (морфемика)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7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76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Выделение в словах корня (простые случаи)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03.11.2022 10.11.2022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языковым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материалом и рисунками: сопо​</w:t>
            </w:r>
            <w:r w:rsidRPr="00954835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ставление значений нескольких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родственных слов с опорой на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собственный речевой опыт 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рисунки, высказывание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предположений о сходстве 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различии в значениях слов,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выявление слова, с помощью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которого можно объяснить значение всех родственных слов;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учителем приёма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развёрнутого толкования слова как способа определения связи значений родственных слов. Работа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понятиями «корень»,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«однокоренные слова»: анализ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предложенных в учебнике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определений;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составление алгоритма выделения корня;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составленного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алгоритма при решении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практических задач по выделению корня;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Самостоятельная работа: находить среди предложенного набора слов слова с заданным корнем;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подбор родственных слов;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текста с установкой на поиск в нём родственных слов;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выполнение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задания на обнаружение лишнего слова в ряду предложенных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(например, синонимв группе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родственных слов или слово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омонимичным корнем в ряду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родственных слов);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ind w:left="72" w:right="576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Окончание как изменяемая часть слова. Изменение формы слова с помощью окончания.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 изменяемых и неизменяемых слов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11.11.2022 16.11.2022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текстом, в котором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встречаются формы одного и того же слова: поиск форм слова,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сравнение форм слова, выявление той части, которой различаются формы слова (изменяемой части слова);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2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Суффикс как часть слова (наблюдение). Приставка как часть слова (наблюдение)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17.11.2022 22.11.2022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образованием слов с помощью суффиксов, выделение суффиксов, с помощью которых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образованы слова, высказывание предположений о значении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суффиксов;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Морфология</w:t>
            </w:r>
          </w:p>
        </w:tc>
      </w:tr>
      <w:tr w:rsidR="001A6C96">
        <w:trPr>
          <w:trHeight w:hRule="exact" w:val="45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Имя существительное (ознакомление): общее значение, вопросы («кто?», «что?»), употреб​ление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23.11.2022 30.11.2022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предложенным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набором слов: что обознача​ют, на какой вопрос отвечают,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формулирование вывода, введение понятия «имя существительное»; Работа в парах: распределение имён существительных на две группы в зависимости от того, на какой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отвечают:«что?» или «кто?»; Наблюдение за лексическим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значением имён существитель​ных; Упражнение: находить в тексте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 по заданным основани​ям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(например, слова, называющие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явления природы, черты характера и т. д.);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выявление общего признака группы слов;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различение (по значению и вопросам)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одушевлённых и неодушевлённых имён существительных;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Глагол (ознакомление): общее значение, вопросы («что делать?», «что сделать?» и др.), употреб​ление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01.12.2022 07.12.2022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предложенным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набором слов: что обознача​ют, на какой вопрос отвечают,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формулирование вывода, введение понятия «глагол»;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24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Имя прилагательное (ознакомление): общее значение, вопросы («какой?», «какая?»,«какое?», «какие?»), употребление 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14.12.2022 19.12.2022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распределение имён прилагательных на три группы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зависимости от того, на какой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отвечают:«какой?», «какое?»,«какая?»;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лексическим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значением имён прилагательных;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выявление общего признака группы имён прилагательных;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выписывание из текста имён прилага​тельных;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12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19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в, на, из, без, над, до, у, о, об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20.12.2022 23.12.2022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«Чем похожи и чем различаются предлоги 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приставки?»;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составление алгоритма различения приставок и предлогов; Списывание предложений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раскрытием скобок на основе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применения алгоритма различения предлогов и приставок;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Синтаксис</w:t>
            </w:r>
          </w:p>
        </w:tc>
      </w:tr>
      <w:tr w:rsidR="001A6C96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ind w:left="72" w:right="1008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Порядок слов в предложении; связь слов в предложении (повторение).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Предложение как единица языка.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09.01.2023 10.01.2023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проблемного вопроса«Чем различаются предло​жение и„не предложение“?»;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связью слов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Предложение и слово. Отличие предложения от слова. Наблюдение за выделением в устной речи одного из слов предложения (логическое ударение)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11.01.2023 12.01.2023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связью слов в предложении;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Виды предложений по цели высказывания: повествовательные, вопросительные, побудительные предложения.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13.01.2023 16.01.2023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 и подписями к рисункам (предложения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различаются по цели высказывания, например: «Снег идёт. Снег идёт? Снег, иди!»): сравнение ситуаций, изображённых на рисунке,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формулирование вывода о целях, с которыми произносятся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17.01.2023 18.01.2023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 и подписями к рисункам (предложения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различаются по эмоциональной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окраске, например: «Ланды​ши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расцвели. Ландыши расцвели!»): сравнение ситуаций, изображённых на рисунках, наблюдение за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интонационным оформлением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3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Орфография и пунктуация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10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Повторение правил право-писания, изученных в 1 классе: прописная буква в начале предложения и в именах собственных (имена, фамилии,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жи, ши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положении под ударением),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ча, ща, чу, щу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сочетания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чк, чн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21.01.2023 27.01.2023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4" w:lineRule="auto"/>
              <w:ind w:left="72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 использовать алгоритм порядка действий при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списывании?»;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письмо: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различия в звуко​</w:t>
            </w:r>
            <w:r w:rsidRPr="00954835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буквенном составе записываемых слов;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 на закрепление правила написания сочетаний жи, ши, ча, ща, чу, щу; чк, чн.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Взаимопроверка.</w:t>
            </w:r>
          </w:p>
          <w:p w:rsidR="001A6C96" w:rsidRDefault="00D26218">
            <w:pPr>
              <w:autoSpaceDE w:val="0"/>
              <w:autoSpaceDN w:val="0"/>
              <w:spacing w:before="2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Осуществ​ление самоконтроля использования правила;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Формирование орфографической зоркости: осознание места возможного возникновения орфографической ошибки.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30.01.2023 08.02.2023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языковым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материалом (слова с безударными гласными в корне слова или слова с парными по звонкости — глухости согласными на конце слова):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поняти​ем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«орфограмма»;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Понятие орфограммы.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09.02.2023 16.02.2023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нахождение ошибок в подборе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проверочных слов к словам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орфограммой «Прове​ ряемые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безударные гласные в корне слова»;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30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4" w:after="0" w:line="245" w:lineRule="auto"/>
              <w:ind w:left="72" w:right="86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различных способов решения орфографической задачи в зависимости от места орфограммы в слове.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17.02.2023 28.02.2023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Орфографический тренинг: подбор проверочных слов к словам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орфограммой «Проверяемые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безударные гласные в корне слова», запись парами проверочного 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проверяемого слов;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орфографического словаря учебника для определения (уточ​нения) написания слова.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01.03.2023 07.03.2023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отработка умений обнаруживать в тексте ошибки в словах с орфограммой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«Проверяемые безударные гласные в корне слова», объяснять способ проверки безудар​ных гласных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корне слова, исправлять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допущенные ошибки;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7.6.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 и самоконтроль при проверке собственных и предложенных текстов.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09.03.2023 15.03.2023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аргументировать написание в тексте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изученными орфограммами;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9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21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Ознакомление с правилами правописания и их применение: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разделительный мягкий знак;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сочетания </w:t>
            </w:r>
            <w:r w:rsidRPr="0095483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чт, щн, нч</w:t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проверяемые безударные гласные в корне слова;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парные звонкие и глухие согласные в корне слова;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непроверяемые гласные и согласные (перечень слов в орфографическом словаре учебника);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прописная буква в именах собственных: имена, фамилии, отчества людей, клички животных, географические названия;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раздельное написание предлогов с именами существительными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16.03.2023 05.04.2023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письмо при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записи слов под диктовку: выявлять наличие в корне слова изучаемых орфограмм, обосновывать способ проверки орфограмм;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Самостоятельная работа: находить и фиксировать (графиче​ски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обозначать) орфограммы;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50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8.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 речи</w:t>
            </w:r>
          </w:p>
        </w:tc>
      </w:tr>
      <w:tr w:rsidR="001A6C96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Овладение основными умениями ведения разговора (начать, поддержать, закончить разговор, привлечь внимание и т. п.). Практическое овладение диалогической формой речи. Соблюдение норм речевого этикета и орфоэпических норм в ситуациях учебного и бытового общения.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06.04.2023 11.04.2023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диалог, в ходе которого учащиеся учатся опреде​лять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ситуации общения: цели, задачи, состав участников, место, время, средства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коммуникации;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12.04.2023 14.04.2023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Комментированный устный выбор правильной реплики из нескольких предложенных, обоснование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целесообразности выбора языковых средств, соответствующих цели и услови​ям общения;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Ролевые игры, разыгрывание сценок для отработки умений ведения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разговора: начать, поддержать,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закончить разговор, привлечь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внимание и т. п.;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устного рассказа по репродукции картины. Составление устного рассказа по личным наблюдениям и вопросам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17.04.2023 20.04.2023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Ролевая игра, в которую включена отработка этикетных выражений;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Текст. Признаки текста: смысловое единство предложений в тексте;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последовательность предложений в тексте; выражение в тексте законченной мысли.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21.04.2023 26.04.2023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нахождение в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предложенных текстах ошибок, связанных с правилами общения, нормами речевого этикета,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исправление найденных ошибок;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29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      </w:r>
          </w:p>
          <w:p w:rsidR="001A6C96" w:rsidRPr="00954835" w:rsidRDefault="00D26218">
            <w:pPr>
              <w:autoSpaceDE w:val="0"/>
              <w:autoSpaceDN w:val="0"/>
              <w:spacing w:before="18" w:after="0" w:line="245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Типы текстов: описание, повествование, рассуждение, их особенности (первичное ознакомление).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27.04.2023 04.05.2023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структурой текста, знакомство с абзацем как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структурным компонентом текста, формулирование выводов о том, что в абзаце содержится микротема;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6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812"/>
        <w:gridCol w:w="528"/>
        <w:gridCol w:w="1104"/>
        <w:gridCol w:w="1142"/>
        <w:gridCol w:w="864"/>
        <w:gridCol w:w="2630"/>
        <w:gridCol w:w="1080"/>
        <w:gridCol w:w="1946"/>
      </w:tblGrid>
      <w:tr w:rsidR="001A6C96">
        <w:trPr>
          <w:trHeight w:hRule="exact" w:val="11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Знакомство с жанром поздравления.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05.05.2023 08.05.2023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Творческая работа: составление текста по заданным характе​</w:t>
            </w:r>
            <w:r w:rsidRPr="00954835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ристикам — названию, количеству абзацев и микротемам каждого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абзаца;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установление соответствия/несоот​ветствия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заголовка и текста, аргументация своей точки зрения;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28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Выразительное чтение текста вслух с соблюдением правильной интонации. Подробное изложение повествовательного текста объёмом 30—45 слов с опорой на вопросы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54" w:lineRule="auto"/>
              <w:ind w:left="72"/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Коллективный анализ содержания текста, который предло​жен как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 для изложения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(повествовательный текст объёмом 30—45 слов);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Устные ответы на поставленные к тексту вопросы;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пересказ текста с опорой на вопро​сы;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Письменное подробное изложение содержания текста с опорой на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Самопроверка с возможностью </w:t>
            </w:r>
            <w:r w:rsidRPr="0095483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коррек​тировки пересказа;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Моя школа</w:t>
            </w:r>
          </w:p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4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32</w:t>
            </w:r>
          </w:p>
        </w:tc>
        <w:tc>
          <w:tcPr>
            <w:tcW w:w="87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  <w:tr w:rsidR="001A6C96">
        <w:trPr>
          <w:trHeight w:hRule="exact" w:val="328"/>
        </w:trPr>
        <w:tc>
          <w:tcPr>
            <w:tcW w:w="6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1A6C96"/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78" w:line="220" w:lineRule="exact"/>
      </w:pPr>
    </w:p>
    <w:p w:rsidR="001A6C96" w:rsidRDefault="00D26218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1A6C9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C96" w:rsidRDefault="001A6C96"/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учебником.Какая бывает речь?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можно узнать о человеке по его речи?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отличить диалог от монолога?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списывание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текст?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тема и главная мысль текста?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Части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A6C96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12.09.2022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предложение?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98" w:right="650" w:bottom="10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из слов составить предложение?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Административный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главные члены предложения?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второстепенные члены предложения?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Подлежащее и сказуемое –главные члены предложения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такое распространённые и нераспространённые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члены предложения?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установить связь слов  в предложении?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речи. Обучающее сочинение по картине.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 сочинений.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27.09.2022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28.09.2022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лексическое значение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лексическое значение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однозначные и многозначные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прямое и переносное значение многозначных слов?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синонимы?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антонимы?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антонимы?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A6C96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родственные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родственные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8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корень слова? Что такое однокоренные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корень слова? Что такое однокоренные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Какие бывают слоги?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ударный слог?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ударный слог?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Обучающее сочинение по серии картинок.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переносить слова с одной строки на другую?</w:t>
            </w:r>
          </w:p>
          <w:p w:rsidR="001A6C96" w:rsidRDefault="00D26218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Слов.диктант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переносить слова с одной строки на другую?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03.11.2022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07.11.2022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1A6C9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8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Как различать звуки и буквы?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мы используем алфавит?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мы используем алфавит?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Какие слова пишутся с заглавной буквы?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гласные звуки?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 гласным звуком в корне.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 гласным звуком в корне.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 гласным звуком в корне.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 гласным звуком в корне.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8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 гласным звуком в корне.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звуками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8" w:lineRule="auto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звуками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звуками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 речи. Обучающее сочинение.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согласные звуки?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Согласный звук [Й] и буква И краткое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Согласный звук [Й] и буква И краткое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 с удвоенными согласными.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речи.Работа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деформированным текстом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Наши проекты. И в шутку и в серьёз.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 и буквы для их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 и буквы для их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обозначения.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14.12.2022 ; 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обозначить мягкость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согласного звука на письме?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обозначить мягкость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согласного звука на письме?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мягкого знака в конце и середине слова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 другими согласными.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мягкого знака в конце и середине слова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 другими согласными.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Наши проекты. Пишем письмо.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7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Обобщающий урок.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Буквосочетания ЧК, ЧН, ЧТ, ЩН, НЧ.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10.01.2023 ;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 речи. Обучающее изложение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темы «Твёрдые и мягкие согласные».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Наши проекты. Рифма.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Буквосочетания ЖИ –ШИ, ЧА – ЩА, ЧУ – ЩУ.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Буквосочетания ЖИ –ШИ, ЧА – ЩА, ЧУ – ЩУ.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Проверь себя«правописание жи-ши, ча-ща, чу-щу»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отличить звонкие согласные от глухих?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отличить звонкие согласные от глухих?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знаний. 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24.01.2023 ;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Проверка парных согласных в корне слова.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Распознавание проверяемых и проверочных слов.</w:t>
            </w:r>
          </w:p>
          <w:p w:rsidR="001A6C96" w:rsidRDefault="00D26218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парных согласных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Изложение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повествовательного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4" w:lineRule="auto"/>
              <w:ind w:left="72" w:right="144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Изложение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повествовательного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02.02.2023 ;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знаний.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над ошибками . Обобщение 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разделительным мягким знаком.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100" w:after="0" w:line="271" w:lineRule="auto"/>
              <w:ind w:left="576" w:right="432" w:hanging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100. 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разделительным мягким знаком.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Правописание слов с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разделительным мягким знаком.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Pr="00954835" w:rsidRDefault="00D26218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102. Разделительный мягкий </w:t>
            </w:r>
            <w:r w:rsidRPr="00954835">
              <w:rPr>
                <w:lang w:val="ru-RU"/>
              </w:rPr>
              <w:br/>
            </w:r>
            <w:r w:rsidRPr="0095483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знак. Обобщение 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списывание.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 Обучающее сочинение«Зимние забавы»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 Проверка знаний.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Обобщение изученного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 Что такое части речи?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 Что такое части речи?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Что такое имя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существительное?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4" w:lineRule="auto"/>
              <w:ind w:left="576" w:right="576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Одушевлённые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неодушевлённые имена существительные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576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Собственные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нарицательные имена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существительные. Заглавная буква в именах, отчествах и фамилиях людей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576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Собственные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нарицательные имена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существительные. Заглавная буква в именах, отчествах и фамилиях людей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576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Собственные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нарицательные имена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существительные. Заглавная буква в именах, отчествах и фамилиях людей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576" w:right="288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Заглавная буква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написаниях кличек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животных. Развитие речи.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115. Заглавная буква в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географических названиях.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02.03.2023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 Обучающее изложение.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03.03.2023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8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576" w:right="144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Обобщение знаний 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написании слов с заглавной буквы.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119. 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71" w:lineRule="auto"/>
              <w:ind w:left="576" w:right="144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Единственное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множественное число имён существительных.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576" w:right="144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121. Единственное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множественное число имён существительных.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576" w:right="144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Единственное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множественное число имён существительных.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 Обучающее изложение.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124. Проверка знаний.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17.03.2023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 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 Что такое глагол?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 Что такое глагол?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 Что такое глагол?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4" w:lineRule="auto"/>
              <w:ind w:left="576" w:right="720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Единственное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множественное число глаголов.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576" w:right="720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Единственное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множественное число глаголов.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 частицы НЕ с глаголами.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 и закрепление знаний по теме «Глагол».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 Что такое текст-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повествование?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135. Проверка знаний.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Что такое имя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прилагательное?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10.04.2023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156" w:right="288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Связь имени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прилагательного с именем существительным.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11.04.2023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156" w:right="288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Прилагательные близкие и противоположные по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значению.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1" w:lineRule="auto"/>
              <w:ind w:left="576" w:right="144" w:hanging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Единственное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множественное число имён прилагательных.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Что такое текст – описание?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141. Проверка знаний.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 понятие о предлоге.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143. Раздельное написание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предлогов со словами.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19.04.2023 ;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144. Восстановление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145. Проверка знаний.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 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148. Что такое местоимение?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149. Что такое местоимение?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150. Что такое текст –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рассуждение?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151.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152. Контрольный диктант.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153. 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154. Повторение по теме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«Текст».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 Сочинение по картине.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 Повторение по теме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«Предложение».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157. Повторение по теме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«Предложение».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по теме «Слово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 его значение».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по теме «Части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речи».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по теме «Части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речи».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по теме «Звуки и буквы».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162. Повторение по теме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«Правила правописания».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списывание.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и закрепление 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и закрепление 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 закрепление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25.05.2023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 закрепление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26.05.2023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 закрепление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 закрепление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Обобщение знаний по курсу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русского языка 2 класс.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A6C96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A6C96" w:rsidRDefault="00D2621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</w:tr>
    </w:tbl>
    <w:p w:rsidR="001A6C96" w:rsidRDefault="001A6C96">
      <w:pPr>
        <w:autoSpaceDE w:val="0"/>
        <w:autoSpaceDN w:val="0"/>
        <w:spacing w:after="0" w:line="14" w:lineRule="exact"/>
      </w:pPr>
    </w:p>
    <w:p w:rsidR="001A6C96" w:rsidRDefault="001A6C96">
      <w:pPr>
        <w:sectPr w:rsidR="001A6C9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78" w:line="220" w:lineRule="exact"/>
      </w:pPr>
    </w:p>
    <w:p w:rsidR="001A6C96" w:rsidRDefault="00D26218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1A6C96" w:rsidRDefault="00D26218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1A6C96" w:rsidRDefault="00D26218">
      <w:pPr>
        <w:autoSpaceDE w:val="0"/>
        <w:autoSpaceDN w:val="0"/>
        <w:spacing w:before="166" w:after="0" w:line="271" w:lineRule="auto"/>
        <w:ind w:right="288"/>
      </w:pPr>
      <w:r>
        <w:rPr>
          <w:rFonts w:ascii="Times New Roman" w:eastAsia="Times New Roman" w:hAnsi="Times New Roman"/>
          <w:color w:val="000000"/>
          <w:sz w:val="24"/>
        </w:rPr>
        <w:t xml:space="preserve">Канакина В.П., Горецкий В.Г., Русский язык (в 2 частях). Учебник. 2 класс. Акционерное общество«Издательство «Просвещение»;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Введите свой вариант:</w:t>
      </w:r>
    </w:p>
    <w:p w:rsidR="001A6C96" w:rsidRDefault="00D26218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</w:p>
    <w:p w:rsidR="001A6C96" w:rsidRDefault="00D26218">
      <w:pPr>
        <w:autoSpaceDE w:val="0"/>
        <w:autoSpaceDN w:val="0"/>
        <w:spacing w:before="166" w:after="0" w:line="278" w:lineRule="auto"/>
        <w:ind w:right="864"/>
      </w:pPr>
      <w:r>
        <w:rPr>
          <w:rFonts w:ascii="Times New Roman" w:eastAsia="Times New Roman" w:hAnsi="Times New Roman"/>
          <w:color w:val="000000"/>
          <w:sz w:val="24"/>
        </w:rPr>
        <w:t xml:space="preserve">1.Таблицы к основным разделам грамматического материала, содержащегося в программе по русскому языку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2.Наборы сюжетных (предметных) картинок в соответствии с тематикой.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3. Словари по русскому языку.</w:t>
      </w:r>
    </w:p>
    <w:p w:rsidR="001A6C96" w:rsidRDefault="00D26218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4. Репродукции картин в соответствии с тематикой и видами работ.</w:t>
      </w:r>
    </w:p>
    <w:p w:rsidR="001A6C96" w:rsidRDefault="00D26218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1A6C96" w:rsidRDefault="00D26218">
      <w:pPr>
        <w:autoSpaceDE w:val="0"/>
        <w:autoSpaceDN w:val="0"/>
        <w:spacing w:before="166" w:after="0" w:line="283" w:lineRule="auto"/>
        <w:ind w:right="720"/>
      </w:pPr>
      <w:r>
        <w:rPr>
          <w:rFonts w:ascii="Times New Roman" w:eastAsia="Times New Roman" w:hAnsi="Times New Roman"/>
          <w:color w:val="000000"/>
          <w:sz w:val="24"/>
        </w:rPr>
        <w:t xml:space="preserve">1.Сайт «Я иду на урок начальной школы»: http://nsc.1september.ru/urok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2.Электронная версия журнала «Начальная школа»: http://nsc.1september.ru/index.php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3.Социальная сеть работников образования: http://nsportal.ru/nachalnaya-shkola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4.Фестиваль педагогических идей «Открытый урок»:http://festival.1september.ru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5.Методические пособия и рабочие программы учителям начальной школы: http://nachalka.com 6.Сетевое сообщество педагогов: http://rusedu.net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7.Учитель портал: http://www.uchportal.ru</w:t>
      </w:r>
    </w:p>
    <w:p w:rsidR="001A6C96" w:rsidRDefault="001A6C96">
      <w:pPr>
        <w:sectPr w:rsidR="001A6C9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A6C96" w:rsidRDefault="001A6C96">
      <w:pPr>
        <w:autoSpaceDE w:val="0"/>
        <w:autoSpaceDN w:val="0"/>
        <w:spacing w:after="78" w:line="220" w:lineRule="exact"/>
      </w:pPr>
    </w:p>
    <w:p w:rsidR="001A6C96" w:rsidRDefault="00D26218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:rsidR="001A6C96" w:rsidRDefault="00D26218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УЧЕБНОЕ ОБОРУДОВАНИЕ</w:t>
      </w:r>
    </w:p>
    <w:p w:rsidR="001A6C96" w:rsidRDefault="00D26218">
      <w:pPr>
        <w:autoSpaceDE w:val="0"/>
        <w:autoSpaceDN w:val="0"/>
        <w:spacing w:before="166" w:after="0" w:line="262" w:lineRule="auto"/>
      </w:pPr>
      <w:r>
        <w:rPr>
          <w:rFonts w:ascii="Times New Roman" w:eastAsia="Times New Roman" w:hAnsi="Times New Roman"/>
          <w:color w:val="000000"/>
          <w:sz w:val="24"/>
        </w:rPr>
        <w:t>Таблицы к основным разделам грамматического материала, содержащегося в программе по русскому языку.</w:t>
      </w:r>
    </w:p>
    <w:p w:rsidR="001A6C96" w:rsidRDefault="00D26218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Наборы сюжетных (предметных) картинок в соответствии с тематикой</w:t>
      </w:r>
    </w:p>
    <w:p w:rsidR="001A6C96" w:rsidRDefault="00D26218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ОБОРУДОВАНИЕ ДЛЯ ПРОВЕДЕНИЯ ПРАКТИЧЕСКИХ РАБОТ</w:t>
      </w:r>
    </w:p>
    <w:p w:rsidR="001A6C96" w:rsidRDefault="00D26218">
      <w:pPr>
        <w:autoSpaceDE w:val="0"/>
        <w:autoSpaceDN w:val="0"/>
        <w:spacing w:before="16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1. Классная магнитная доска.</w:t>
      </w:r>
    </w:p>
    <w:p w:rsidR="001A6C96" w:rsidRDefault="00D26218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2. Настенная доска с приспособлением для крепления картинок.</w:t>
      </w:r>
    </w:p>
    <w:p w:rsidR="001A6C96" w:rsidRDefault="00D26218">
      <w:pPr>
        <w:autoSpaceDE w:val="0"/>
        <w:autoSpaceDN w:val="0"/>
        <w:spacing w:before="72" w:after="0" w:line="262" w:lineRule="auto"/>
        <w:ind w:right="9072"/>
      </w:pPr>
      <w:r>
        <w:rPr>
          <w:rFonts w:ascii="Times New Roman" w:eastAsia="Times New Roman" w:hAnsi="Times New Roman"/>
          <w:color w:val="000000"/>
          <w:sz w:val="24"/>
        </w:rPr>
        <w:t xml:space="preserve">3. Колонки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4. Компьютер</w:t>
      </w:r>
    </w:p>
    <w:p w:rsidR="001A6C96" w:rsidRDefault="001A6C96">
      <w:pPr>
        <w:sectPr w:rsidR="001A6C9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6218" w:rsidRDefault="00D26218"/>
    <w:sectPr w:rsidR="00D26218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61001"/>
    <w:rsid w:val="0015074B"/>
    <w:rsid w:val="001A6C96"/>
    <w:rsid w:val="0029639D"/>
    <w:rsid w:val="00326F90"/>
    <w:rsid w:val="004D5FA9"/>
    <w:rsid w:val="007539AE"/>
    <w:rsid w:val="00954835"/>
    <w:rsid w:val="00AA1D8D"/>
    <w:rsid w:val="00B47730"/>
    <w:rsid w:val="00CB0664"/>
    <w:rsid w:val="00D2621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5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53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5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53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1901C4-A804-4F58-9EE0-553D06859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9217</Words>
  <Characters>52539</Characters>
  <Application>Microsoft Office Word</Application>
  <DocSecurity>0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pk</cp:lastModifiedBy>
  <cp:revision>3</cp:revision>
  <dcterms:created xsi:type="dcterms:W3CDTF">2023-10-30T11:24:00Z</dcterms:created>
  <dcterms:modified xsi:type="dcterms:W3CDTF">2023-10-30T11:24:00Z</dcterms:modified>
</cp:coreProperties>
</file>